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60" w:after="80"/>
      </w:pPr>
      <w:r>
        <w:rPr>
          <w:rFonts w:ascii="Arial" w:hAnsi="Arial"/>
          <w:b/>
          <w:color w:val="1A4E5C"/>
          <w:sz w:val="46"/>
        </w:rPr>
        <w:t>Stappenplan &amp; woninginventarisatie</w:t>
      </w:r>
    </w:p>
    <w:p>
      <w:pPr>
        <w:spacing w:after="280"/>
      </w:pPr>
      <w:r>
        <w:rPr>
          <w:rFonts w:ascii="Arial" w:hAnsi="Arial"/>
          <w:color w:val="464646"/>
          <w:sz w:val="24"/>
        </w:rPr>
        <w:t>Praktische checklist voor een zorgvuldige woningontruiming</w:t>
      </w:r>
    </w:p>
    <w:tbl>
      <w:tblPr>
        <w:tblW w:type="auto" w:w="0"/>
        <w:jc w:val="center"/>
        <w:tblLook w:firstColumn="1" w:firstRow="1" w:lastColumn="0" w:lastRow="0" w:noHBand="0" w:noVBand="1" w:val="04A0"/>
      </w:tblPr>
      <w:tblGrid>
        <w:gridCol w:w="10368"/>
      </w:tblGrid>
      <w:tr>
        <w:tc>
          <w:tcPr>
            <w:tcW w:type="dxa" w:w="10368"/>
            <w:shd w:fill="EEF5F6"/>
            <w:tcMar>
              <w:top w:w="140" w:type="dxa"/>
              <w:start w:w="160" w:type="dxa"/>
              <w:bottom w:w="140" w:type="dxa"/>
              <w:end w:w="160" w:type="dxa"/>
            </w:tcMar>
          </w:tcPr>
          <w:p>
            <w:pPr>
              <w:spacing w:after="40"/>
            </w:pPr>
            <w:r>
              <w:rPr>
                <w:rFonts w:ascii="Arial" w:hAnsi="Arial"/>
                <w:b/>
                <w:color w:val="1A4E5C"/>
                <w:sz w:val="21"/>
              </w:rPr>
              <w:t>Zo gebruikt u dit formulier</w:t>
            </w:r>
          </w:p>
          <w:p>
            <w:pPr>
              <w:spacing w:after="0"/>
            </w:pPr>
            <w:r>
              <w:rPr>
                <w:rFonts w:ascii="Arial" w:hAnsi="Arial"/>
                <w:sz w:val="19"/>
              </w:rPr>
              <w:t>Loop de woning bij voorkeur één tot twee weken voor de ontruiming rustig door. Vink af wat geregeld is, noteer meterstanden en sleutels, en geef per ruimte aan wat mee moet, weg mag of juist moet blijven. Maak bij twijfel een foto en noteer het kamernummer of de ruimte erbij.</w:t>
            </w:r>
          </w:p>
        </w:tc>
      </w:tr>
    </w:tbl>
    <w:p>
      <w:pPr>
        <w:spacing w:after="20"/>
      </w:pPr>
    </w:p>
    <w:tbl>
      <w:tblPr>
        <w:tblW w:type="auto" w:w="0"/>
        <w:tblLook w:firstColumn="1" w:firstRow="1" w:lastColumn="0" w:lastRow="0" w:noHBand="0" w:noVBand="1" w:val="04A0"/>
      </w:tblPr>
      <w:tblGrid>
        <w:gridCol w:w="5184"/>
        <w:gridCol w:w="5184"/>
      </w:tblGrid>
      <w:tr>
        <w:tc>
          <w:tcPr>
            <w:tcW w:type="dxa" w:w="3168"/>
            <w:shd w:fill="EEF5F6"/>
            <w:tcMar>
              <w:top w:w="100" w:type="dxa"/>
              <w:start w:w="120" w:type="dxa"/>
              <w:bottom w:w="100" w:type="dxa"/>
              <w:end w:w="120" w:type="dxa"/>
            </w:tcMar>
          </w:tcPr>
          <w:p>
            <w:r>
              <w:rPr>
                <w:rFonts w:ascii="Arial" w:hAnsi="Arial"/>
                <w:b/>
                <w:color w:val="1A4E5C"/>
                <w:sz w:val="19"/>
              </w:rPr>
              <w:t>Adres woning</w:t>
            </w:r>
          </w:p>
        </w:tc>
        <w:tc>
          <w:tcPr>
            <w:tcW w:type="dxa" w:w="6768"/>
            <w:tcMar>
              <w:top w:w="100" w:type="dxa"/>
              <w:start w:w="120" w:type="dxa"/>
              <w:bottom w:w="100" w:type="dxa"/>
              <w:end w:w="120" w:type="dxa"/>
            </w:tcMar>
          </w:tcPr>
          <w:p>
            <w:r>
              <w:rPr>
                <w:rFonts w:ascii="Arial" w:hAnsi="Arial"/>
                <w:sz w:val="19"/>
              </w:rPr>
            </w:r>
          </w:p>
        </w:tc>
      </w:tr>
      <w:tr>
        <w:tc>
          <w:tcPr>
            <w:tcW w:type="dxa" w:w="3168"/>
            <w:shd w:fill="EEF5F6"/>
            <w:tcMar>
              <w:top w:w="100" w:type="dxa"/>
              <w:start w:w="120" w:type="dxa"/>
              <w:bottom w:w="100" w:type="dxa"/>
              <w:end w:w="120" w:type="dxa"/>
            </w:tcMar>
          </w:tcPr>
          <w:p>
            <w:r>
              <w:rPr>
                <w:rFonts w:ascii="Arial" w:hAnsi="Arial"/>
                <w:b/>
                <w:color w:val="1A4E5C"/>
                <w:sz w:val="19"/>
              </w:rPr>
              <w:t>Postcode / plaats</w:t>
            </w:r>
          </w:p>
        </w:tc>
        <w:tc>
          <w:tcPr>
            <w:tcW w:type="dxa" w:w="6768"/>
            <w:tcMar>
              <w:top w:w="100" w:type="dxa"/>
              <w:start w:w="120" w:type="dxa"/>
              <w:bottom w:w="100" w:type="dxa"/>
              <w:end w:w="120" w:type="dxa"/>
            </w:tcMar>
          </w:tcPr>
          <w:p>
            <w:r>
              <w:rPr>
                <w:rFonts w:ascii="Arial" w:hAnsi="Arial"/>
                <w:sz w:val="19"/>
              </w:rPr>
            </w:r>
          </w:p>
        </w:tc>
      </w:tr>
      <w:tr>
        <w:tc>
          <w:tcPr>
            <w:tcW w:type="dxa" w:w="3168"/>
            <w:shd w:fill="EEF5F6"/>
            <w:tcMar>
              <w:top w:w="100" w:type="dxa"/>
              <w:start w:w="120" w:type="dxa"/>
              <w:bottom w:w="100" w:type="dxa"/>
              <w:end w:w="120" w:type="dxa"/>
            </w:tcMar>
          </w:tcPr>
          <w:p>
            <w:r>
              <w:rPr>
                <w:rFonts w:ascii="Arial" w:hAnsi="Arial"/>
                <w:b/>
                <w:color w:val="1A4E5C"/>
                <w:sz w:val="19"/>
              </w:rPr>
              <w:t>Naam contactpersoon</w:t>
            </w:r>
          </w:p>
        </w:tc>
        <w:tc>
          <w:tcPr>
            <w:tcW w:type="dxa" w:w="6768"/>
            <w:tcMar>
              <w:top w:w="100" w:type="dxa"/>
              <w:start w:w="120" w:type="dxa"/>
              <w:bottom w:w="100" w:type="dxa"/>
              <w:end w:w="120" w:type="dxa"/>
            </w:tcMar>
          </w:tcPr>
          <w:p>
            <w:r>
              <w:rPr>
                <w:rFonts w:ascii="Arial" w:hAnsi="Arial"/>
                <w:sz w:val="19"/>
              </w:rPr>
            </w:r>
          </w:p>
        </w:tc>
      </w:tr>
      <w:tr>
        <w:tc>
          <w:tcPr>
            <w:tcW w:type="dxa" w:w="3168"/>
            <w:shd w:fill="EEF5F6"/>
            <w:tcMar>
              <w:top w:w="100" w:type="dxa"/>
              <w:start w:w="120" w:type="dxa"/>
              <w:bottom w:w="100" w:type="dxa"/>
              <w:end w:w="120" w:type="dxa"/>
            </w:tcMar>
          </w:tcPr>
          <w:p>
            <w:r>
              <w:rPr>
                <w:rFonts w:ascii="Arial" w:hAnsi="Arial"/>
                <w:b/>
                <w:color w:val="1A4E5C"/>
                <w:sz w:val="19"/>
              </w:rPr>
              <w:t>Telefoonnummer</w:t>
            </w:r>
          </w:p>
        </w:tc>
        <w:tc>
          <w:tcPr>
            <w:tcW w:type="dxa" w:w="6768"/>
            <w:tcMar>
              <w:top w:w="100" w:type="dxa"/>
              <w:start w:w="120" w:type="dxa"/>
              <w:bottom w:w="100" w:type="dxa"/>
              <w:end w:w="120" w:type="dxa"/>
            </w:tcMar>
          </w:tcPr>
          <w:p>
            <w:r>
              <w:rPr>
                <w:rFonts w:ascii="Arial" w:hAnsi="Arial"/>
                <w:sz w:val="19"/>
              </w:rPr>
            </w:r>
          </w:p>
        </w:tc>
      </w:tr>
      <w:tr>
        <w:tc>
          <w:tcPr>
            <w:tcW w:type="dxa" w:w="3168"/>
            <w:shd w:fill="EEF5F6"/>
            <w:tcMar>
              <w:top w:w="100" w:type="dxa"/>
              <w:start w:w="120" w:type="dxa"/>
              <w:bottom w:w="100" w:type="dxa"/>
              <w:end w:w="120" w:type="dxa"/>
            </w:tcMar>
          </w:tcPr>
          <w:p>
            <w:r>
              <w:rPr>
                <w:rFonts w:ascii="Arial" w:hAnsi="Arial"/>
                <w:b/>
                <w:color w:val="1A4E5C"/>
                <w:sz w:val="19"/>
              </w:rPr>
              <w:t>E-mailadres</w:t>
            </w:r>
          </w:p>
        </w:tc>
        <w:tc>
          <w:tcPr>
            <w:tcW w:type="dxa" w:w="6768"/>
            <w:tcMar>
              <w:top w:w="100" w:type="dxa"/>
              <w:start w:w="120" w:type="dxa"/>
              <w:bottom w:w="100" w:type="dxa"/>
              <w:end w:w="120" w:type="dxa"/>
            </w:tcMar>
          </w:tcPr>
          <w:p>
            <w:r>
              <w:rPr>
                <w:rFonts w:ascii="Arial" w:hAnsi="Arial"/>
                <w:sz w:val="19"/>
              </w:rPr>
            </w:r>
          </w:p>
        </w:tc>
      </w:tr>
      <w:tr>
        <w:tc>
          <w:tcPr>
            <w:tcW w:type="dxa" w:w="3168"/>
            <w:shd w:fill="EEF5F6"/>
            <w:tcMar>
              <w:top w:w="100" w:type="dxa"/>
              <w:start w:w="120" w:type="dxa"/>
              <w:bottom w:w="100" w:type="dxa"/>
              <w:end w:w="120" w:type="dxa"/>
            </w:tcMar>
          </w:tcPr>
          <w:p>
            <w:r>
              <w:rPr>
                <w:rFonts w:ascii="Arial" w:hAnsi="Arial"/>
                <w:b/>
                <w:color w:val="1A4E5C"/>
                <w:sz w:val="19"/>
              </w:rPr>
              <w:t>Geplande ontruimingsdatum</w:t>
            </w:r>
          </w:p>
        </w:tc>
        <w:tc>
          <w:tcPr>
            <w:tcW w:type="dxa" w:w="6768"/>
            <w:tcMar>
              <w:top w:w="100" w:type="dxa"/>
              <w:start w:w="120" w:type="dxa"/>
              <w:bottom w:w="100" w:type="dxa"/>
              <w:end w:w="120" w:type="dxa"/>
            </w:tcMar>
          </w:tcPr>
          <w:p>
            <w:r>
              <w:rPr>
                <w:rFonts w:ascii="Arial" w:hAnsi="Arial"/>
                <w:sz w:val="19"/>
              </w:rPr>
            </w:r>
          </w:p>
        </w:tc>
      </w:tr>
      <w:tr>
        <w:tc>
          <w:tcPr>
            <w:tcW w:type="dxa" w:w="3168"/>
            <w:shd w:fill="EEF5F6"/>
            <w:tcMar>
              <w:top w:w="100" w:type="dxa"/>
              <w:start w:w="120" w:type="dxa"/>
              <w:bottom w:w="100" w:type="dxa"/>
              <w:end w:w="120" w:type="dxa"/>
            </w:tcMar>
          </w:tcPr>
          <w:p>
            <w:r>
              <w:rPr>
                <w:rFonts w:ascii="Arial" w:hAnsi="Arial"/>
                <w:b/>
                <w:color w:val="1A4E5C"/>
                <w:sz w:val="19"/>
              </w:rPr>
              <w:t>Datum sleuteloverdracht / oplevering</w:t>
            </w:r>
          </w:p>
        </w:tc>
        <w:tc>
          <w:tcPr>
            <w:tcW w:type="dxa" w:w="6768"/>
            <w:tcMar>
              <w:top w:w="100" w:type="dxa"/>
              <w:start w:w="120" w:type="dxa"/>
              <w:bottom w:w="100" w:type="dxa"/>
              <w:end w:w="120" w:type="dxa"/>
            </w:tcMar>
          </w:tcPr>
          <w:p>
            <w:r>
              <w:rPr>
                <w:rFonts w:ascii="Arial" w:hAnsi="Arial"/>
                <w:sz w:val="19"/>
              </w:rPr>
            </w:r>
          </w:p>
        </w:tc>
      </w:tr>
    </w:tbl>
    <w:p/>
    <w:p>
      <w:r>
        <w:rPr>
          <w:rFonts w:ascii="Arial" w:hAnsi="Arial"/>
          <w:b/>
          <w:color w:val="1A4E5C"/>
          <w:sz w:val="24"/>
        </w:rPr>
        <w:t>Belangrijk vóór u begint</w:t>
      </w:r>
    </w:p>
    <w:p>
      <w:pPr>
        <w:spacing w:after="40"/>
        <w:ind w:left="0"/>
      </w:pPr>
      <w:r>
        <w:rPr>
          <w:rFonts w:ascii="Arial" w:hAnsi="Arial"/>
          <w:sz w:val="21"/>
        </w:rPr>
        <w:t>☐  Leg paspoorten, bankpapieren, sieraden, geld, medicijnen, fotoalbums, digitale apparatuur en andere persoonlijke of waardevolle spullen direct apart.</w:t>
      </w:r>
    </w:p>
    <w:p>
      <w:pPr>
        <w:spacing w:after="40"/>
        <w:ind w:left="0"/>
      </w:pPr>
      <w:r>
        <w:rPr>
          <w:rFonts w:ascii="Arial" w:hAnsi="Arial"/>
          <w:sz w:val="21"/>
        </w:rPr>
        <w:t>☐  Spreek binnen de familie of met betrokkenen af wie beslist bij twijfelgevallen. Maak één persoon eindverantwoordelijk voor de keuzes.</w:t>
      </w:r>
    </w:p>
    <w:p>
      <w:pPr>
        <w:spacing w:after="40"/>
        <w:ind w:left="0"/>
      </w:pPr>
      <w:r>
        <w:rPr>
          <w:rFonts w:ascii="Arial" w:hAnsi="Arial"/>
          <w:sz w:val="21"/>
        </w:rPr>
        <w:t>☐  Plak eventueel gekleurde stickers op spullen: groen = meenemen, rood = afvoeren, blauw = laten staan.</w:t>
      </w:r>
    </w:p>
    <w:p>
      <w:pPr>
        <w:spacing w:after="40"/>
        <w:ind w:left="0"/>
      </w:pPr>
      <w:r>
        <w:rPr>
          <w:rFonts w:ascii="Arial" w:hAnsi="Arial"/>
          <w:sz w:val="21"/>
        </w:rPr>
        <w:t>☐  Maak vóór de ontruiming overzichtsfoto’s van iedere ruimte en van spullen die moeten blijven.</w:t>
      </w:r>
    </w:p>
    <w:p>
      <w:pPr>
        <w:spacing w:before="200" w:after="100"/>
      </w:pPr>
      <w:r>
        <w:rPr>
          <w:rFonts w:ascii="Arial" w:hAnsi="Arial"/>
          <w:b/>
          <w:color w:val="1A4E5C"/>
          <w:sz w:val="32"/>
        </w:rPr>
        <w:t>1. Administratie, contracten &amp; post</w:t>
      </w:r>
    </w:p>
    <w:p>
      <w:pPr>
        <w:spacing w:after="140"/>
      </w:pPr>
      <w:r>
        <w:rPr>
          <w:rFonts w:ascii="Arial" w:hAnsi="Arial"/>
          <w:color w:val="555555"/>
          <w:sz w:val="19"/>
        </w:rPr>
        <w:t>Regel deze zaken tijdig; sommige opzeggingen hebben een opzegtermijn.</w:t>
      </w:r>
    </w:p>
    <w:p>
      <w:pPr>
        <w:spacing w:after="40"/>
        <w:ind w:left="0"/>
      </w:pPr>
      <w:r>
        <w:rPr>
          <w:rFonts w:ascii="Arial" w:hAnsi="Arial"/>
          <w:sz w:val="21"/>
        </w:rPr>
        <w:t>☐  Gas en elektriciteit: leverancier informeren / contract beëindigen of overzetten.</w:t>
      </w:r>
    </w:p>
    <w:p>
      <w:pPr>
        <w:spacing w:after="40"/>
        <w:ind w:left="0"/>
      </w:pPr>
      <w:r>
        <w:rPr>
          <w:rFonts w:ascii="Arial" w:hAnsi="Arial"/>
          <w:sz w:val="21"/>
        </w:rPr>
        <w:t>☐  Waterbedrijf: verhuizing / beëindiging doorgeven.</w:t>
      </w:r>
    </w:p>
    <w:p>
      <w:pPr>
        <w:spacing w:after="40"/>
        <w:ind w:left="0"/>
      </w:pPr>
      <w:r>
        <w:rPr>
          <w:rFonts w:ascii="Arial" w:hAnsi="Arial"/>
          <w:sz w:val="21"/>
        </w:rPr>
        <w:t>☐  Internet, televisie en vaste telefonie opzeggen; modem, mediabox, afstandsbediening en kabels verzamelen voor retour.</w:t>
      </w:r>
    </w:p>
    <w:p>
      <w:pPr>
        <w:spacing w:after="40"/>
        <w:ind w:left="0"/>
      </w:pPr>
      <w:r>
        <w:rPr>
          <w:rFonts w:ascii="Arial" w:hAnsi="Arial"/>
          <w:sz w:val="21"/>
        </w:rPr>
        <w:t>☐  Mobiele abonnementen, streamingdiensten en overige abonnementen controleren indien van toepassing.</w:t>
      </w:r>
    </w:p>
    <w:p>
      <w:pPr>
        <w:spacing w:after="40"/>
        <w:ind w:left="0"/>
      </w:pPr>
      <w:r>
        <w:rPr>
          <w:rFonts w:ascii="Arial" w:hAnsi="Arial"/>
          <w:sz w:val="21"/>
        </w:rPr>
        <w:t>☐  Huur of koop: verhuurder, makelaar, notaris, bewindvoerder of woningcorporatie informeren waar nodig.</w:t>
      </w:r>
    </w:p>
    <w:p>
      <w:pPr>
        <w:spacing w:after="40"/>
        <w:ind w:left="0"/>
      </w:pPr>
      <w:r>
        <w:rPr>
          <w:rFonts w:ascii="Arial" w:hAnsi="Arial"/>
          <w:sz w:val="21"/>
        </w:rPr>
        <w:t>☐  Gemeente: verhuizing / overlijden / adreswijziging verwerken voor zover dit nog niet is gedaan.</w:t>
      </w:r>
    </w:p>
    <w:p>
      <w:pPr>
        <w:spacing w:after="40"/>
        <w:ind w:left="0"/>
      </w:pPr>
      <w:r>
        <w:rPr>
          <w:rFonts w:ascii="Arial" w:hAnsi="Arial"/>
          <w:sz w:val="21"/>
        </w:rPr>
        <w:t>☐  Post laten doorsturen en belangrijke organisaties een nieuw correspondentieadres geven.</w:t>
      </w:r>
    </w:p>
    <w:p>
      <w:pPr>
        <w:spacing w:after="40"/>
        <w:ind w:left="0"/>
      </w:pPr>
      <w:r>
        <w:rPr>
          <w:rFonts w:ascii="Arial" w:hAnsi="Arial"/>
          <w:sz w:val="21"/>
        </w:rPr>
        <w:t>☐  Verzekeringen controleren: inboedel, opstal, aansprakelijkheid, rechtsbijstand en eventuele alarmservice.</w:t>
      </w:r>
    </w:p>
    <w:p>
      <w:pPr>
        <w:spacing w:after="40"/>
        <w:ind w:left="0"/>
      </w:pPr>
      <w:r>
        <w:rPr>
          <w:rFonts w:ascii="Arial" w:hAnsi="Arial"/>
          <w:sz w:val="21"/>
        </w:rPr>
        <w:t>☐  Abonnementen aan huis beëindigen: krant, maaltijdbox, thuiszorgmaterialen, alarm, schoonmaak, glazenwasser enz.</w:t>
      </w:r>
    </w:p>
    <w:p>
      <w:pPr>
        <w:spacing w:after="40"/>
        <w:ind w:left="0"/>
      </w:pPr>
      <w:r>
        <w:rPr>
          <w:rFonts w:ascii="Arial" w:hAnsi="Arial"/>
          <w:sz w:val="21"/>
        </w:rPr>
        <w:t>☐  Automatische incasso’s en periodieke betalingen nalopen.</w:t>
      </w:r>
    </w:p>
    <w:p>
      <w:pPr>
        <w:spacing w:after="40"/>
        <w:ind w:left="0"/>
      </w:pPr>
      <w:r>
        <w:rPr>
          <w:rFonts w:ascii="Arial" w:hAnsi="Arial"/>
          <w:sz w:val="21"/>
        </w:rPr>
        <w:t>☐  Openstaande facturen, retourzendingen, huurapparatuur en borgzaken controleren.</w:t>
      </w:r>
    </w:p>
    <w:p>
      <w:pPr>
        <w:spacing w:after="80"/>
      </w:pPr>
      <w:r>
        <w:rPr>
          <w:rFonts w:ascii="Arial" w:hAnsi="Arial"/>
          <w:b/>
          <w:sz w:val="21"/>
        </w:rPr>
        <w:t xml:space="preserve">Nieuw correspondentieadres:  </w:t>
      </w:r>
      <w:r>
        <w:rPr>
          <w:rFonts w:ascii="Arial" w:hAnsi="Arial"/>
          <w:color w:val="787878"/>
          <w:sz w:val="21"/>
        </w:rPr>
        <w:t>________________________________________________________________</w:t>
      </w:r>
    </w:p>
    <w:p>
      <w:pPr>
        <w:spacing w:after="80"/>
      </w:pPr>
      <w:r>
        <w:rPr>
          <w:rFonts w:ascii="Arial" w:hAnsi="Arial"/>
          <w:b/>
          <w:sz w:val="21"/>
        </w:rPr>
        <w:t xml:space="preserve">Contactpersoon voor administratie:  </w:t>
      </w:r>
      <w:r>
        <w:rPr>
          <w:rFonts w:ascii="Arial" w:hAnsi="Arial"/>
          <w:color w:val="787878"/>
          <w:sz w:val="21"/>
        </w:rPr>
        <w:t>________________________________________________________________</w:t>
      </w:r>
    </w:p>
    <w:p>
      <w:pPr>
        <w:spacing w:before="200" w:after="100"/>
      </w:pPr>
      <w:r>
        <w:rPr>
          <w:rFonts w:ascii="Arial" w:hAnsi="Arial"/>
          <w:b/>
          <w:color w:val="1A4E5C"/>
          <w:sz w:val="32"/>
        </w:rPr>
        <w:t>2. Meterstanden &amp; nutsvoorzieningen</w:t>
      </w:r>
    </w:p>
    <w:p>
      <w:pPr>
        <w:spacing w:after="140"/>
      </w:pPr>
      <w:r>
        <w:rPr>
          <w:rFonts w:ascii="Arial" w:hAnsi="Arial"/>
          <w:color w:val="555555"/>
          <w:sz w:val="19"/>
        </w:rPr>
        <w:t>Noteer de eindstanden op de dag van sleuteloverdracht en maak van iedere meter een duidelijke foto.</w:t>
      </w:r>
    </w:p>
    <w:tbl>
      <w:tblPr>
        <w:tblStyle w:val="TableGrid"/>
        <w:tblW w:type="auto" w:w="0"/>
        <w:jc w:val="center"/>
        <w:tblLook w:firstColumn="1" w:firstRow="1" w:lastColumn="0" w:lastRow="0" w:noHBand="0" w:noVBand="1" w:val="04A0"/>
      </w:tblPr>
      <w:tblGrid>
        <w:gridCol w:w="2074"/>
        <w:gridCol w:w="2074"/>
        <w:gridCol w:w="2074"/>
        <w:gridCol w:w="2074"/>
        <w:gridCol w:w="2074"/>
      </w:tblGrid>
      <w:tr>
        <w:trPr>
          <w:tblHeader w:val="true"/>
        </w:trPr>
        <w:tc>
          <w:tcPr>
            <w:tcW w:type="dxa" w:w="2074"/>
            <w:tcMar>
              <w:top w:w="90" w:type="dxa"/>
              <w:start w:w="100" w:type="dxa"/>
              <w:bottom w:w="90" w:type="dxa"/>
              <w:end w:w="100" w:type="dxa"/>
            </w:tcMar>
            <w:vAlign w:val="center"/>
            <w:shd w:fill="1A4E5C"/>
          </w:tcPr>
          <w:p>
            <w:pPr>
              <w:spacing w:after="0"/>
            </w:pPr>
            <w:r>
              <w:rPr>
                <w:rFonts w:ascii="Arial" w:hAnsi="Arial"/>
                <w:b/>
                <w:color w:val="FFFFFF"/>
                <w:sz w:val="17"/>
              </w:rPr>
              <w:t>Voorziening</w:t>
            </w:r>
          </w:p>
        </w:tc>
        <w:tc>
          <w:tcPr>
            <w:tcW w:type="dxa" w:w="2074"/>
            <w:tcMar>
              <w:top w:w="90" w:type="dxa"/>
              <w:start w:w="100" w:type="dxa"/>
              <w:bottom w:w="90" w:type="dxa"/>
              <w:end w:w="100" w:type="dxa"/>
            </w:tcMar>
            <w:vAlign w:val="center"/>
            <w:shd w:fill="1A4E5C"/>
          </w:tcPr>
          <w:p>
            <w:pPr>
              <w:spacing w:after="0"/>
            </w:pPr>
            <w:r>
              <w:rPr>
                <w:rFonts w:ascii="Arial" w:hAnsi="Arial"/>
                <w:b/>
                <w:color w:val="FFFFFF"/>
                <w:sz w:val="17"/>
              </w:rPr>
              <w:t>Meternummer</w:t>
            </w:r>
          </w:p>
        </w:tc>
        <w:tc>
          <w:tcPr>
            <w:tcW w:type="dxa" w:w="2074"/>
            <w:tcMar>
              <w:top w:w="90" w:type="dxa"/>
              <w:start w:w="100" w:type="dxa"/>
              <w:bottom w:w="90" w:type="dxa"/>
              <w:end w:w="100" w:type="dxa"/>
            </w:tcMar>
            <w:vAlign w:val="center"/>
            <w:shd w:fill="1A4E5C"/>
          </w:tcPr>
          <w:p>
            <w:pPr>
              <w:spacing w:after="0"/>
            </w:pPr>
            <w:r>
              <w:rPr>
                <w:rFonts w:ascii="Arial" w:hAnsi="Arial"/>
                <w:b/>
                <w:color w:val="FFFFFF"/>
                <w:sz w:val="17"/>
              </w:rPr>
              <w:t>Stand</w:t>
            </w:r>
          </w:p>
        </w:tc>
        <w:tc>
          <w:tcPr>
            <w:tcW w:type="dxa" w:w="2074"/>
            <w:tcMar>
              <w:top w:w="90" w:type="dxa"/>
              <w:start w:w="100" w:type="dxa"/>
              <w:bottom w:w="90" w:type="dxa"/>
              <w:end w:w="100" w:type="dxa"/>
            </w:tcMar>
            <w:vAlign w:val="center"/>
            <w:shd w:fill="1A4E5C"/>
          </w:tcPr>
          <w:p>
            <w:pPr>
              <w:spacing w:after="0"/>
            </w:pPr>
            <w:r>
              <w:rPr>
                <w:rFonts w:ascii="Arial" w:hAnsi="Arial"/>
                <w:b/>
                <w:color w:val="FFFFFF"/>
                <w:sz w:val="17"/>
              </w:rPr>
              <w:t>Datum</w:t>
            </w:r>
          </w:p>
        </w:tc>
        <w:tc>
          <w:tcPr>
            <w:tcW w:type="dxa" w:w="2074"/>
            <w:tcMar>
              <w:top w:w="90" w:type="dxa"/>
              <w:start w:w="100" w:type="dxa"/>
              <w:bottom w:w="90" w:type="dxa"/>
              <w:end w:w="100" w:type="dxa"/>
            </w:tcMar>
            <w:vAlign w:val="center"/>
            <w:shd w:fill="1A4E5C"/>
          </w:tcPr>
          <w:p>
            <w:pPr>
              <w:spacing w:after="0"/>
            </w:pPr>
            <w:r>
              <w:rPr>
                <w:rFonts w:ascii="Arial" w:hAnsi="Arial"/>
                <w:b/>
                <w:color w:val="FFFFFF"/>
                <w:sz w:val="17"/>
              </w:rPr>
              <w:t>Foto gemaakt</w:t>
            </w:r>
          </w:p>
        </w:tc>
      </w:tr>
      <w:tr>
        <w:tc>
          <w:tcPr>
            <w:tcW w:type="dxa" w:w="2074"/>
            <w:tcMar>
              <w:top w:w="90" w:type="dxa"/>
              <w:start w:w="100" w:type="dxa"/>
              <w:bottom w:w="90" w:type="dxa"/>
              <w:end w:w="100" w:type="dxa"/>
            </w:tcMar>
            <w:vAlign w:val="center"/>
          </w:tcPr>
          <w:p>
            <w:pPr>
              <w:spacing w:after="0"/>
            </w:pPr>
            <w:r>
              <w:rPr>
                <w:rFonts w:ascii="Arial" w:hAnsi="Arial"/>
                <w:b w:val="0"/>
                <w:sz w:val="17"/>
              </w:rPr>
              <w:t>Elektriciteit – laag / normaal</w:t>
            </w:r>
          </w:p>
        </w:tc>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r>
      <w:tr>
        <w:tc>
          <w:tcPr>
            <w:tcW w:type="dxa" w:w="2074"/>
            <w:tcMar>
              <w:top w:w="90" w:type="dxa"/>
              <w:start w:w="100" w:type="dxa"/>
              <w:bottom w:w="90" w:type="dxa"/>
              <w:end w:w="100" w:type="dxa"/>
            </w:tcMar>
            <w:vAlign w:val="center"/>
          </w:tcPr>
          <w:p>
            <w:pPr>
              <w:spacing w:after="0"/>
            </w:pPr>
            <w:r>
              <w:rPr>
                <w:rFonts w:ascii="Arial" w:hAnsi="Arial"/>
                <w:b w:val="0"/>
                <w:sz w:val="17"/>
              </w:rPr>
              <w:t>Elektriciteit – hoog (indien aanwezig)</w:t>
            </w:r>
          </w:p>
        </w:tc>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r>
      <w:tr>
        <w:tc>
          <w:tcPr>
            <w:tcW w:type="dxa" w:w="2074"/>
            <w:tcMar>
              <w:top w:w="90" w:type="dxa"/>
              <w:start w:w="100" w:type="dxa"/>
              <w:bottom w:w="90" w:type="dxa"/>
              <w:end w:w="100" w:type="dxa"/>
            </w:tcMar>
            <w:vAlign w:val="center"/>
          </w:tcPr>
          <w:p>
            <w:pPr>
              <w:spacing w:after="0"/>
            </w:pPr>
            <w:r>
              <w:rPr>
                <w:rFonts w:ascii="Arial" w:hAnsi="Arial"/>
                <w:b w:val="0"/>
                <w:sz w:val="17"/>
              </w:rPr>
              <w:t>Gas</w:t>
            </w:r>
          </w:p>
        </w:tc>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r>
      <w:tr>
        <w:tc>
          <w:tcPr>
            <w:tcW w:type="dxa" w:w="2074"/>
            <w:tcMar>
              <w:top w:w="90" w:type="dxa"/>
              <w:start w:w="100" w:type="dxa"/>
              <w:bottom w:w="90" w:type="dxa"/>
              <w:end w:w="100" w:type="dxa"/>
            </w:tcMar>
            <w:vAlign w:val="center"/>
          </w:tcPr>
          <w:p>
            <w:pPr>
              <w:spacing w:after="0"/>
            </w:pPr>
            <w:r>
              <w:rPr>
                <w:rFonts w:ascii="Arial" w:hAnsi="Arial"/>
                <w:b w:val="0"/>
                <w:sz w:val="17"/>
              </w:rPr>
              <w:t>Water</w:t>
            </w:r>
          </w:p>
        </w:tc>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r>
      <w:tr>
        <w:tc>
          <w:tcPr>
            <w:tcW w:type="dxa" w:w="2074"/>
            <w:tcMar>
              <w:top w:w="90" w:type="dxa"/>
              <w:start w:w="100" w:type="dxa"/>
              <w:bottom w:w="90" w:type="dxa"/>
              <w:end w:w="100" w:type="dxa"/>
            </w:tcMar>
            <w:vAlign w:val="center"/>
          </w:tcPr>
          <w:p>
            <w:pPr>
              <w:spacing w:after="0"/>
            </w:pPr>
            <w:r>
              <w:rPr>
                <w:rFonts w:ascii="Arial" w:hAnsi="Arial"/>
                <w:b w:val="0"/>
                <w:sz w:val="17"/>
              </w:rPr>
              <w:t>Stadsverwarming / warmte (indien aanwezig)</w:t>
            </w:r>
          </w:p>
        </w:tc>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r>
    </w:tbl>
    <w:p>
      <w:pPr>
        <w:spacing w:after="40"/>
        <w:ind w:left="0"/>
      </w:pPr>
      <w:r>
        <w:rPr>
          <w:rFonts w:ascii="Arial" w:hAnsi="Arial"/>
          <w:sz w:val="21"/>
        </w:rPr>
        <w:t>☐  Hoofdkraan water gelokaliseerd.</w:t>
      </w:r>
    </w:p>
    <w:p>
      <w:pPr>
        <w:spacing w:after="40"/>
        <w:ind w:left="0"/>
      </w:pPr>
      <w:r>
        <w:rPr>
          <w:rFonts w:ascii="Arial" w:hAnsi="Arial"/>
          <w:sz w:val="21"/>
        </w:rPr>
        <w:t>☐  Groepenkast / hoofdschakelaar gelokaliseerd.</w:t>
      </w:r>
    </w:p>
    <w:p>
      <w:pPr>
        <w:spacing w:after="40"/>
        <w:ind w:left="0"/>
      </w:pPr>
      <w:r>
        <w:rPr>
          <w:rFonts w:ascii="Arial" w:hAnsi="Arial"/>
          <w:sz w:val="21"/>
        </w:rPr>
        <w:t>☐  Cv-ketel / warmtepomp handleiding en onderhoudspapieren aanwezig.</w:t>
      </w:r>
    </w:p>
    <w:p>
      <w:pPr>
        <w:spacing w:after="40"/>
        <w:ind w:left="0"/>
      </w:pPr>
      <w:r>
        <w:rPr>
          <w:rFonts w:ascii="Arial" w:hAnsi="Arial"/>
          <w:sz w:val="21"/>
        </w:rPr>
        <w:t>☐  Slimme thermostaat, laadpaal, zonnepanelen of andere installaties apart genoteerd.</w:t>
      </w:r>
    </w:p>
    <w:p>
      <w:pPr>
        <w:spacing w:before="200" w:after="100"/>
      </w:pPr>
      <w:r>
        <w:rPr>
          <w:rFonts w:ascii="Arial" w:hAnsi="Arial"/>
          <w:b/>
          <w:color w:val="1A4E5C"/>
          <w:sz w:val="32"/>
        </w:rPr>
        <w:t>3. Sleutels, toegang &amp; oplevering</w:t>
      </w:r>
    </w:p>
    <w:tbl>
      <w:tblPr>
        <w:tblStyle w:val="TableGrid"/>
        <w:tblW w:type="auto" w:w="0"/>
        <w:jc w:val="center"/>
        <w:tblLook w:firstColumn="1" w:firstRow="1" w:lastColumn="0" w:lastRow="0" w:noHBand="0" w:noVBand="1" w:val="04A0"/>
      </w:tblPr>
      <w:tblGrid>
        <w:gridCol w:w="2592"/>
        <w:gridCol w:w="2592"/>
        <w:gridCol w:w="2592"/>
        <w:gridCol w:w="2592"/>
      </w:tblGrid>
      <w:tr>
        <w:trPr>
          <w:tblHeader w:val="true"/>
        </w:trPr>
        <w:tc>
          <w:tcPr>
            <w:tcW w:type="dxa" w:w="2592"/>
            <w:tcMar>
              <w:top w:w="90" w:type="dxa"/>
              <w:start w:w="100" w:type="dxa"/>
              <w:bottom w:w="90" w:type="dxa"/>
              <w:end w:w="100" w:type="dxa"/>
            </w:tcMar>
            <w:vAlign w:val="center"/>
            <w:shd w:fill="1A4E5C"/>
          </w:tcPr>
          <w:p>
            <w:pPr>
              <w:spacing w:after="0"/>
            </w:pPr>
            <w:r>
              <w:rPr>
                <w:rFonts w:ascii="Arial" w:hAnsi="Arial"/>
                <w:b/>
                <w:color w:val="FFFFFF"/>
                <w:sz w:val="17"/>
              </w:rPr>
              <w:t>Sleutel / toegang</w:t>
            </w:r>
          </w:p>
        </w:tc>
        <w:tc>
          <w:tcPr>
            <w:tcW w:type="dxa" w:w="2592"/>
            <w:tcMar>
              <w:top w:w="90" w:type="dxa"/>
              <w:start w:w="100" w:type="dxa"/>
              <w:bottom w:w="90" w:type="dxa"/>
              <w:end w:w="100" w:type="dxa"/>
            </w:tcMar>
            <w:vAlign w:val="center"/>
            <w:shd w:fill="1A4E5C"/>
          </w:tcPr>
          <w:p>
            <w:pPr>
              <w:spacing w:after="0"/>
            </w:pPr>
            <w:r>
              <w:rPr>
                <w:rFonts w:ascii="Arial" w:hAnsi="Arial"/>
                <w:b/>
                <w:color w:val="FFFFFF"/>
                <w:sz w:val="17"/>
              </w:rPr>
              <w:t>Aantal</w:t>
            </w:r>
          </w:p>
        </w:tc>
        <w:tc>
          <w:tcPr>
            <w:tcW w:type="dxa" w:w="2592"/>
            <w:tcMar>
              <w:top w:w="90" w:type="dxa"/>
              <w:start w:w="100" w:type="dxa"/>
              <w:bottom w:w="90" w:type="dxa"/>
              <w:end w:w="100" w:type="dxa"/>
            </w:tcMar>
            <w:vAlign w:val="center"/>
            <w:shd w:fill="1A4E5C"/>
          </w:tcPr>
          <w:p>
            <w:pPr>
              <w:spacing w:after="0"/>
            </w:pPr>
            <w:r>
              <w:rPr>
                <w:rFonts w:ascii="Arial" w:hAnsi="Arial"/>
                <w:b/>
                <w:color w:val="FFFFFF"/>
                <w:sz w:val="17"/>
              </w:rPr>
              <w:t>Voor wie / locatie</w:t>
            </w:r>
          </w:p>
        </w:tc>
        <w:tc>
          <w:tcPr>
            <w:tcW w:type="dxa" w:w="2592"/>
            <w:tcMar>
              <w:top w:w="90" w:type="dxa"/>
              <w:start w:w="100" w:type="dxa"/>
              <w:bottom w:w="90" w:type="dxa"/>
              <w:end w:w="100" w:type="dxa"/>
            </w:tcMar>
            <w:vAlign w:val="center"/>
            <w:shd w:fill="1A4E5C"/>
          </w:tcPr>
          <w:p>
            <w:pPr>
              <w:spacing w:after="0"/>
            </w:pPr>
            <w:r>
              <w:rPr>
                <w:rFonts w:ascii="Arial" w:hAnsi="Arial"/>
                <w:b/>
                <w:color w:val="FFFFFF"/>
                <w:sz w:val="17"/>
              </w:rPr>
              <w:t>Ingeleverd</w:t>
            </w:r>
          </w:p>
        </w:tc>
      </w:tr>
      <w:tr>
        <w:tc>
          <w:tcPr>
            <w:tcW w:type="dxa" w:w="2592"/>
            <w:tcMar>
              <w:top w:w="90" w:type="dxa"/>
              <w:start w:w="100" w:type="dxa"/>
              <w:bottom w:w="90" w:type="dxa"/>
              <w:end w:w="100" w:type="dxa"/>
            </w:tcMar>
            <w:vAlign w:val="center"/>
          </w:tcPr>
          <w:p>
            <w:pPr>
              <w:spacing w:after="0"/>
            </w:pPr>
            <w:r>
              <w:rPr>
                <w:rFonts w:ascii="Arial" w:hAnsi="Arial"/>
                <w:b w:val="0"/>
                <w:sz w:val="17"/>
              </w:rPr>
              <w:t>Voordeur</w:t>
            </w:r>
          </w:p>
        </w:tc>
        <w:tc>
          <w:tcPr>
            <w:tcW w:type="dxa" w:w="2592"/>
            <w:tcMar>
              <w:top w:w="90" w:type="dxa"/>
              <w:start w:w="100" w:type="dxa"/>
              <w:bottom w:w="90" w:type="dxa"/>
              <w:end w:w="100" w:type="dxa"/>
            </w:tcMar>
            <w:vAlign w:val="center"/>
          </w:tcPr>
          <w:p>
            <w:pPr>
              <w:spacing w:after="0"/>
            </w:pPr>
            <w:r>
              <w:rPr>
                <w:rFonts w:ascii="Arial" w:hAnsi="Arial"/>
                <w:b w:val="0"/>
                <w:sz w:val="17"/>
              </w:rPr>
            </w:r>
          </w:p>
        </w:tc>
        <w:tc>
          <w:tcPr>
            <w:tcW w:type="dxa" w:w="2592"/>
            <w:tcMar>
              <w:top w:w="90" w:type="dxa"/>
              <w:start w:w="100" w:type="dxa"/>
              <w:bottom w:w="90" w:type="dxa"/>
              <w:end w:w="100" w:type="dxa"/>
            </w:tcMar>
            <w:vAlign w:val="center"/>
          </w:tcPr>
          <w:p>
            <w:pPr>
              <w:spacing w:after="0"/>
            </w:pPr>
            <w:r>
              <w:rPr>
                <w:rFonts w:ascii="Arial" w:hAnsi="Arial"/>
                <w:b w:val="0"/>
                <w:sz w:val="17"/>
              </w:rPr>
            </w:r>
          </w:p>
        </w:tc>
        <w:tc>
          <w:tcPr>
            <w:tcW w:type="dxa" w:w="2592"/>
            <w:tcMar>
              <w:top w:w="90" w:type="dxa"/>
              <w:start w:w="100" w:type="dxa"/>
              <w:bottom w:w="90" w:type="dxa"/>
              <w:end w:w="100" w:type="dxa"/>
            </w:tcMar>
            <w:vAlign w:val="center"/>
          </w:tcPr>
          <w:p>
            <w:pPr>
              <w:spacing w:after="0"/>
            </w:pPr>
            <w:r>
              <w:rPr>
                <w:rFonts w:ascii="Arial" w:hAnsi="Arial"/>
                <w:b w:val="0"/>
                <w:sz w:val="17"/>
              </w:rPr>
              <w:t>☐</w:t>
            </w:r>
          </w:p>
        </w:tc>
      </w:tr>
      <w:tr>
        <w:tc>
          <w:tcPr>
            <w:tcW w:type="dxa" w:w="2592"/>
            <w:tcMar>
              <w:top w:w="90" w:type="dxa"/>
              <w:start w:w="100" w:type="dxa"/>
              <w:bottom w:w="90" w:type="dxa"/>
              <w:end w:w="100" w:type="dxa"/>
            </w:tcMar>
            <w:vAlign w:val="center"/>
          </w:tcPr>
          <w:p>
            <w:pPr>
              <w:spacing w:after="0"/>
            </w:pPr>
            <w:r>
              <w:rPr>
                <w:rFonts w:ascii="Arial" w:hAnsi="Arial"/>
                <w:b w:val="0"/>
                <w:sz w:val="17"/>
              </w:rPr>
              <w:t>Achterdeur / tuin</w:t>
            </w:r>
          </w:p>
        </w:tc>
        <w:tc>
          <w:tcPr>
            <w:tcW w:type="dxa" w:w="2592"/>
            <w:tcMar>
              <w:top w:w="90" w:type="dxa"/>
              <w:start w:w="100" w:type="dxa"/>
              <w:bottom w:w="90" w:type="dxa"/>
              <w:end w:w="100" w:type="dxa"/>
            </w:tcMar>
            <w:vAlign w:val="center"/>
          </w:tcPr>
          <w:p>
            <w:pPr>
              <w:spacing w:after="0"/>
            </w:pPr>
            <w:r>
              <w:rPr>
                <w:rFonts w:ascii="Arial" w:hAnsi="Arial"/>
                <w:b w:val="0"/>
                <w:sz w:val="17"/>
              </w:rPr>
            </w:r>
          </w:p>
        </w:tc>
        <w:tc>
          <w:tcPr>
            <w:tcW w:type="dxa" w:w="2592"/>
            <w:tcMar>
              <w:top w:w="90" w:type="dxa"/>
              <w:start w:w="100" w:type="dxa"/>
              <w:bottom w:w="90" w:type="dxa"/>
              <w:end w:w="100" w:type="dxa"/>
            </w:tcMar>
            <w:vAlign w:val="center"/>
          </w:tcPr>
          <w:p>
            <w:pPr>
              <w:spacing w:after="0"/>
            </w:pPr>
            <w:r>
              <w:rPr>
                <w:rFonts w:ascii="Arial" w:hAnsi="Arial"/>
                <w:b w:val="0"/>
                <w:sz w:val="17"/>
              </w:rPr>
            </w:r>
          </w:p>
        </w:tc>
        <w:tc>
          <w:tcPr>
            <w:tcW w:type="dxa" w:w="2592"/>
            <w:tcMar>
              <w:top w:w="90" w:type="dxa"/>
              <w:start w:w="100" w:type="dxa"/>
              <w:bottom w:w="90" w:type="dxa"/>
              <w:end w:w="100" w:type="dxa"/>
            </w:tcMar>
            <w:vAlign w:val="center"/>
          </w:tcPr>
          <w:p>
            <w:pPr>
              <w:spacing w:after="0"/>
            </w:pPr>
            <w:r>
              <w:rPr>
                <w:rFonts w:ascii="Arial" w:hAnsi="Arial"/>
                <w:b w:val="0"/>
                <w:sz w:val="17"/>
              </w:rPr>
              <w:t>☐</w:t>
            </w:r>
          </w:p>
        </w:tc>
      </w:tr>
      <w:tr>
        <w:tc>
          <w:tcPr>
            <w:tcW w:type="dxa" w:w="2592"/>
            <w:tcMar>
              <w:top w:w="90" w:type="dxa"/>
              <w:start w:w="100" w:type="dxa"/>
              <w:bottom w:w="90" w:type="dxa"/>
              <w:end w:w="100" w:type="dxa"/>
            </w:tcMar>
            <w:vAlign w:val="center"/>
          </w:tcPr>
          <w:p>
            <w:pPr>
              <w:spacing w:after="0"/>
            </w:pPr>
            <w:r>
              <w:rPr>
                <w:rFonts w:ascii="Arial" w:hAnsi="Arial"/>
                <w:b w:val="0"/>
                <w:sz w:val="17"/>
              </w:rPr>
              <w:t>Schuur / garage</w:t>
            </w:r>
          </w:p>
        </w:tc>
        <w:tc>
          <w:tcPr>
            <w:tcW w:type="dxa" w:w="2592"/>
            <w:tcMar>
              <w:top w:w="90" w:type="dxa"/>
              <w:start w:w="100" w:type="dxa"/>
              <w:bottom w:w="90" w:type="dxa"/>
              <w:end w:w="100" w:type="dxa"/>
            </w:tcMar>
            <w:vAlign w:val="center"/>
          </w:tcPr>
          <w:p>
            <w:pPr>
              <w:spacing w:after="0"/>
            </w:pPr>
            <w:r>
              <w:rPr>
                <w:rFonts w:ascii="Arial" w:hAnsi="Arial"/>
                <w:b w:val="0"/>
                <w:sz w:val="17"/>
              </w:rPr>
            </w:r>
          </w:p>
        </w:tc>
        <w:tc>
          <w:tcPr>
            <w:tcW w:type="dxa" w:w="2592"/>
            <w:tcMar>
              <w:top w:w="90" w:type="dxa"/>
              <w:start w:w="100" w:type="dxa"/>
              <w:bottom w:w="90" w:type="dxa"/>
              <w:end w:w="100" w:type="dxa"/>
            </w:tcMar>
            <w:vAlign w:val="center"/>
          </w:tcPr>
          <w:p>
            <w:pPr>
              <w:spacing w:after="0"/>
            </w:pPr>
            <w:r>
              <w:rPr>
                <w:rFonts w:ascii="Arial" w:hAnsi="Arial"/>
                <w:b w:val="0"/>
                <w:sz w:val="17"/>
              </w:rPr>
            </w:r>
          </w:p>
        </w:tc>
        <w:tc>
          <w:tcPr>
            <w:tcW w:type="dxa" w:w="2592"/>
            <w:tcMar>
              <w:top w:w="90" w:type="dxa"/>
              <w:start w:w="100" w:type="dxa"/>
              <w:bottom w:w="90" w:type="dxa"/>
              <w:end w:w="100" w:type="dxa"/>
            </w:tcMar>
            <w:vAlign w:val="center"/>
          </w:tcPr>
          <w:p>
            <w:pPr>
              <w:spacing w:after="0"/>
            </w:pPr>
            <w:r>
              <w:rPr>
                <w:rFonts w:ascii="Arial" w:hAnsi="Arial"/>
                <w:b w:val="0"/>
                <w:sz w:val="17"/>
              </w:rPr>
              <w:t>☐</w:t>
            </w:r>
          </w:p>
        </w:tc>
      </w:tr>
      <w:tr>
        <w:tc>
          <w:tcPr>
            <w:tcW w:type="dxa" w:w="2592"/>
            <w:tcMar>
              <w:top w:w="90" w:type="dxa"/>
              <w:start w:w="100" w:type="dxa"/>
              <w:bottom w:w="90" w:type="dxa"/>
              <w:end w:w="100" w:type="dxa"/>
            </w:tcMar>
            <w:vAlign w:val="center"/>
          </w:tcPr>
          <w:p>
            <w:pPr>
              <w:spacing w:after="0"/>
            </w:pPr>
            <w:r>
              <w:rPr>
                <w:rFonts w:ascii="Arial" w:hAnsi="Arial"/>
                <w:b w:val="0"/>
                <w:sz w:val="17"/>
              </w:rPr>
              <w:t>Brievenbus</w:t>
            </w:r>
          </w:p>
        </w:tc>
        <w:tc>
          <w:tcPr>
            <w:tcW w:type="dxa" w:w="2592"/>
            <w:tcMar>
              <w:top w:w="90" w:type="dxa"/>
              <w:start w:w="100" w:type="dxa"/>
              <w:bottom w:w="90" w:type="dxa"/>
              <w:end w:w="100" w:type="dxa"/>
            </w:tcMar>
            <w:vAlign w:val="center"/>
          </w:tcPr>
          <w:p>
            <w:pPr>
              <w:spacing w:after="0"/>
            </w:pPr>
            <w:r>
              <w:rPr>
                <w:rFonts w:ascii="Arial" w:hAnsi="Arial"/>
                <w:b w:val="0"/>
                <w:sz w:val="17"/>
              </w:rPr>
            </w:r>
          </w:p>
        </w:tc>
        <w:tc>
          <w:tcPr>
            <w:tcW w:type="dxa" w:w="2592"/>
            <w:tcMar>
              <w:top w:w="90" w:type="dxa"/>
              <w:start w:w="100" w:type="dxa"/>
              <w:bottom w:w="90" w:type="dxa"/>
              <w:end w:w="100" w:type="dxa"/>
            </w:tcMar>
            <w:vAlign w:val="center"/>
          </w:tcPr>
          <w:p>
            <w:pPr>
              <w:spacing w:after="0"/>
            </w:pPr>
            <w:r>
              <w:rPr>
                <w:rFonts w:ascii="Arial" w:hAnsi="Arial"/>
                <w:b w:val="0"/>
                <w:sz w:val="17"/>
              </w:rPr>
            </w:r>
          </w:p>
        </w:tc>
        <w:tc>
          <w:tcPr>
            <w:tcW w:type="dxa" w:w="2592"/>
            <w:tcMar>
              <w:top w:w="90" w:type="dxa"/>
              <w:start w:w="100" w:type="dxa"/>
              <w:bottom w:w="90" w:type="dxa"/>
              <w:end w:w="100" w:type="dxa"/>
            </w:tcMar>
            <w:vAlign w:val="center"/>
          </w:tcPr>
          <w:p>
            <w:pPr>
              <w:spacing w:after="0"/>
            </w:pPr>
            <w:r>
              <w:rPr>
                <w:rFonts w:ascii="Arial" w:hAnsi="Arial"/>
                <w:b w:val="0"/>
                <w:sz w:val="17"/>
              </w:rPr>
              <w:t>☐</w:t>
            </w:r>
          </w:p>
        </w:tc>
      </w:tr>
      <w:tr>
        <w:tc>
          <w:tcPr>
            <w:tcW w:type="dxa" w:w="2592"/>
            <w:tcMar>
              <w:top w:w="90" w:type="dxa"/>
              <w:start w:w="100" w:type="dxa"/>
              <w:bottom w:w="90" w:type="dxa"/>
              <w:end w:w="100" w:type="dxa"/>
            </w:tcMar>
            <w:vAlign w:val="center"/>
          </w:tcPr>
          <w:p>
            <w:pPr>
              <w:spacing w:after="0"/>
            </w:pPr>
            <w:r>
              <w:rPr>
                <w:rFonts w:ascii="Arial" w:hAnsi="Arial"/>
                <w:b w:val="0"/>
                <w:sz w:val="17"/>
              </w:rPr>
              <w:t>Berging / kelder</w:t>
            </w:r>
          </w:p>
        </w:tc>
        <w:tc>
          <w:tcPr>
            <w:tcW w:type="dxa" w:w="2592"/>
            <w:tcMar>
              <w:top w:w="90" w:type="dxa"/>
              <w:start w:w="100" w:type="dxa"/>
              <w:bottom w:w="90" w:type="dxa"/>
              <w:end w:w="100" w:type="dxa"/>
            </w:tcMar>
            <w:vAlign w:val="center"/>
          </w:tcPr>
          <w:p>
            <w:pPr>
              <w:spacing w:after="0"/>
            </w:pPr>
            <w:r>
              <w:rPr>
                <w:rFonts w:ascii="Arial" w:hAnsi="Arial"/>
                <w:b w:val="0"/>
                <w:sz w:val="17"/>
              </w:rPr>
            </w:r>
          </w:p>
        </w:tc>
        <w:tc>
          <w:tcPr>
            <w:tcW w:type="dxa" w:w="2592"/>
            <w:tcMar>
              <w:top w:w="90" w:type="dxa"/>
              <w:start w:w="100" w:type="dxa"/>
              <w:bottom w:w="90" w:type="dxa"/>
              <w:end w:w="100" w:type="dxa"/>
            </w:tcMar>
            <w:vAlign w:val="center"/>
          </w:tcPr>
          <w:p>
            <w:pPr>
              <w:spacing w:after="0"/>
            </w:pPr>
            <w:r>
              <w:rPr>
                <w:rFonts w:ascii="Arial" w:hAnsi="Arial"/>
                <w:b w:val="0"/>
                <w:sz w:val="17"/>
              </w:rPr>
            </w:r>
          </w:p>
        </w:tc>
        <w:tc>
          <w:tcPr>
            <w:tcW w:type="dxa" w:w="2592"/>
            <w:tcMar>
              <w:top w:w="90" w:type="dxa"/>
              <w:start w:w="100" w:type="dxa"/>
              <w:bottom w:w="90" w:type="dxa"/>
              <w:end w:w="100" w:type="dxa"/>
            </w:tcMar>
            <w:vAlign w:val="center"/>
          </w:tcPr>
          <w:p>
            <w:pPr>
              <w:spacing w:after="0"/>
            </w:pPr>
            <w:r>
              <w:rPr>
                <w:rFonts w:ascii="Arial" w:hAnsi="Arial"/>
                <w:b w:val="0"/>
                <w:sz w:val="17"/>
              </w:rPr>
              <w:t>☐</w:t>
            </w:r>
          </w:p>
        </w:tc>
      </w:tr>
      <w:tr>
        <w:tc>
          <w:tcPr>
            <w:tcW w:type="dxa" w:w="2592"/>
            <w:tcMar>
              <w:top w:w="90" w:type="dxa"/>
              <w:start w:w="100" w:type="dxa"/>
              <w:bottom w:w="90" w:type="dxa"/>
              <w:end w:w="100" w:type="dxa"/>
            </w:tcMar>
            <w:vAlign w:val="center"/>
          </w:tcPr>
          <w:p>
            <w:pPr>
              <w:spacing w:after="0"/>
            </w:pPr>
            <w:r>
              <w:rPr>
                <w:rFonts w:ascii="Arial" w:hAnsi="Arial"/>
                <w:b w:val="0"/>
                <w:sz w:val="17"/>
              </w:rPr>
              <w:t>Poort / hek</w:t>
            </w:r>
          </w:p>
        </w:tc>
        <w:tc>
          <w:tcPr>
            <w:tcW w:type="dxa" w:w="2592"/>
            <w:tcMar>
              <w:top w:w="90" w:type="dxa"/>
              <w:start w:w="100" w:type="dxa"/>
              <w:bottom w:w="90" w:type="dxa"/>
              <w:end w:w="100" w:type="dxa"/>
            </w:tcMar>
            <w:vAlign w:val="center"/>
          </w:tcPr>
          <w:p>
            <w:pPr>
              <w:spacing w:after="0"/>
            </w:pPr>
            <w:r>
              <w:rPr>
                <w:rFonts w:ascii="Arial" w:hAnsi="Arial"/>
                <w:b w:val="0"/>
                <w:sz w:val="17"/>
              </w:rPr>
            </w:r>
          </w:p>
        </w:tc>
        <w:tc>
          <w:tcPr>
            <w:tcW w:type="dxa" w:w="2592"/>
            <w:tcMar>
              <w:top w:w="90" w:type="dxa"/>
              <w:start w:w="100" w:type="dxa"/>
              <w:bottom w:w="90" w:type="dxa"/>
              <w:end w:w="100" w:type="dxa"/>
            </w:tcMar>
            <w:vAlign w:val="center"/>
          </w:tcPr>
          <w:p>
            <w:pPr>
              <w:spacing w:after="0"/>
            </w:pPr>
            <w:r>
              <w:rPr>
                <w:rFonts w:ascii="Arial" w:hAnsi="Arial"/>
                <w:b w:val="0"/>
                <w:sz w:val="17"/>
              </w:rPr>
            </w:r>
          </w:p>
        </w:tc>
        <w:tc>
          <w:tcPr>
            <w:tcW w:type="dxa" w:w="2592"/>
            <w:tcMar>
              <w:top w:w="90" w:type="dxa"/>
              <w:start w:w="100" w:type="dxa"/>
              <w:bottom w:w="90" w:type="dxa"/>
              <w:end w:w="100" w:type="dxa"/>
            </w:tcMar>
            <w:vAlign w:val="center"/>
          </w:tcPr>
          <w:p>
            <w:pPr>
              <w:spacing w:after="0"/>
            </w:pPr>
            <w:r>
              <w:rPr>
                <w:rFonts w:ascii="Arial" w:hAnsi="Arial"/>
                <w:b w:val="0"/>
                <w:sz w:val="17"/>
              </w:rPr>
              <w:t>☐</w:t>
            </w:r>
          </w:p>
        </w:tc>
      </w:tr>
      <w:tr>
        <w:tc>
          <w:tcPr>
            <w:tcW w:type="dxa" w:w="2592"/>
            <w:tcMar>
              <w:top w:w="90" w:type="dxa"/>
              <w:start w:w="100" w:type="dxa"/>
              <w:bottom w:w="90" w:type="dxa"/>
              <w:end w:w="100" w:type="dxa"/>
            </w:tcMar>
            <w:vAlign w:val="center"/>
          </w:tcPr>
          <w:p>
            <w:pPr>
              <w:spacing w:after="0"/>
            </w:pPr>
            <w:r>
              <w:rPr>
                <w:rFonts w:ascii="Arial" w:hAnsi="Arial"/>
                <w:b w:val="0"/>
                <w:sz w:val="17"/>
              </w:rPr>
              <w:t>Afstandsbediening garage / parkeerplaats</w:t>
            </w:r>
          </w:p>
        </w:tc>
        <w:tc>
          <w:tcPr>
            <w:tcW w:type="dxa" w:w="2592"/>
            <w:tcMar>
              <w:top w:w="90" w:type="dxa"/>
              <w:start w:w="100" w:type="dxa"/>
              <w:bottom w:w="90" w:type="dxa"/>
              <w:end w:w="100" w:type="dxa"/>
            </w:tcMar>
            <w:vAlign w:val="center"/>
          </w:tcPr>
          <w:p>
            <w:pPr>
              <w:spacing w:after="0"/>
            </w:pPr>
            <w:r>
              <w:rPr>
                <w:rFonts w:ascii="Arial" w:hAnsi="Arial"/>
                <w:b w:val="0"/>
                <w:sz w:val="17"/>
              </w:rPr>
            </w:r>
          </w:p>
        </w:tc>
        <w:tc>
          <w:tcPr>
            <w:tcW w:type="dxa" w:w="2592"/>
            <w:tcMar>
              <w:top w:w="90" w:type="dxa"/>
              <w:start w:w="100" w:type="dxa"/>
              <w:bottom w:w="90" w:type="dxa"/>
              <w:end w:w="100" w:type="dxa"/>
            </w:tcMar>
            <w:vAlign w:val="center"/>
          </w:tcPr>
          <w:p>
            <w:pPr>
              <w:spacing w:after="0"/>
            </w:pPr>
            <w:r>
              <w:rPr>
                <w:rFonts w:ascii="Arial" w:hAnsi="Arial"/>
                <w:b w:val="0"/>
                <w:sz w:val="17"/>
              </w:rPr>
            </w:r>
          </w:p>
        </w:tc>
        <w:tc>
          <w:tcPr>
            <w:tcW w:type="dxa" w:w="2592"/>
            <w:tcMar>
              <w:top w:w="90" w:type="dxa"/>
              <w:start w:w="100" w:type="dxa"/>
              <w:bottom w:w="90" w:type="dxa"/>
              <w:end w:w="100" w:type="dxa"/>
            </w:tcMar>
            <w:vAlign w:val="center"/>
          </w:tcPr>
          <w:p>
            <w:pPr>
              <w:spacing w:after="0"/>
            </w:pPr>
            <w:r>
              <w:rPr>
                <w:rFonts w:ascii="Arial" w:hAnsi="Arial"/>
                <w:b w:val="0"/>
                <w:sz w:val="17"/>
              </w:rPr>
              <w:t>☐</w:t>
            </w:r>
          </w:p>
        </w:tc>
      </w:tr>
      <w:tr>
        <w:tc>
          <w:tcPr>
            <w:tcW w:type="dxa" w:w="2592"/>
            <w:tcMar>
              <w:top w:w="90" w:type="dxa"/>
              <w:start w:w="100" w:type="dxa"/>
              <w:bottom w:w="90" w:type="dxa"/>
              <w:end w:w="100" w:type="dxa"/>
            </w:tcMar>
            <w:vAlign w:val="center"/>
          </w:tcPr>
          <w:p>
            <w:pPr>
              <w:spacing w:after="0"/>
            </w:pPr>
            <w:r>
              <w:rPr>
                <w:rFonts w:ascii="Arial" w:hAnsi="Arial"/>
                <w:b w:val="0"/>
                <w:sz w:val="17"/>
              </w:rPr>
              <w:t>Overige</w:t>
            </w:r>
          </w:p>
        </w:tc>
        <w:tc>
          <w:tcPr>
            <w:tcW w:type="dxa" w:w="2592"/>
            <w:tcMar>
              <w:top w:w="90" w:type="dxa"/>
              <w:start w:w="100" w:type="dxa"/>
              <w:bottom w:w="90" w:type="dxa"/>
              <w:end w:w="100" w:type="dxa"/>
            </w:tcMar>
            <w:vAlign w:val="center"/>
          </w:tcPr>
          <w:p>
            <w:pPr>
              <w:spacing w:after="0"/>
            </w:pPr>
            <w:r>
              <w:rPr>
                <w:rFonts w:ascii="Arial" w:hAnsi="Arial"/>
                <w:b w:val="0"/>
                <w:sz w:val="17"/>
              </w:rPr>
            </w:r>
          </w:p>
        </w:tc>
        <w:tc>
          <w:tcPr>
            <w:tcW w:type="dxa" w:w="2592"/>
            <w:tcMar>
              <w:top w:w="90" w:type="dxa"/>
              <w:start w:w="100" w:type="dxa"/>
              <w:bottom w:w="90" w:type="dxa"/>
              <w:end w:w="100" w:type="dxa"/>
            </w:tcMar>
            <w:vAlign w:val="center"/>
          </w:tcPr>
          <w:p>
            <w:pPr>
              <w:spacing w:after="0"/>
            </w:pPr>
            <w:r>
              <w:rPr>
                <w:rFonts w:ascii="Arial" w:hAnsi="Arial"/>
                <w:b w:val="0"/>
                <w:sz w:val="17"/>
              </w:rPr>
            </w:r>
          </w:p>
        </w:tc>
        <w:tc>
          <w:tcPr>
            <w:tcW w:type="dxa" w:w="2592"/>
            <w:tcMar>
              <w:top w:w="90" w:type="dxa"/>
              <w:start w:w="100" w:type="dxa"/>
              <w:bottom w:w="90" w:type="dxa"/>
              <w:end w:w="100" w:type="dxa"/>
            </w:tcMar>
            <w:vAlign w:val="center"/>
          </w:tcPr>
          <w:p>
            <w:pPr>
              <w:spacing w:after="0"/>
            </w:pPr>
            <w:r>
              <w:rPr>
                <w:rFonts w:ascii="Arial" w:hAnsi="Arial"/>
                <w:b w:val="0"/>
                <w:sz w:val="17"/>
              </w:rPr>
              <w:t>☐</w:t>
            </w:r>
          </w:p>
        </w:tc>
      </w:tr>
    </w:tbl>
    <w:p>
      <w:pPr>
        <w:spacing w:after="40"/>
        <w:ind w:left="0"/>
      </w:pPr>
      <w:r>
        <w:rPr>
          <w:rFonts w:ascii="Arial" w:hAnsi="Arial"/>
          <w:sz w:val="21"/>
        </w:rPr>
        <w:t>☐  Alarmcode / toegangscode gewist of overgedragen.</w:t>
      </w:r>
    </w:p>
    <w:p>
      <w:pPr>
        <w:spacing w:after="40"/>
        <w:ind w:left="0"/>
      </w:pPr>
      <w:r>
        <w:rPr>
          <w:rFonts w:ascii="Arial" w:hAnsi="Arial"/>
          <w:sz w:val="21"/>
        </w:rPr>
        <w:t>☐  Reservesleutels bij buren, familie of thuiszorg teruggevraagd.</w:t>
      </w:r>
    </w:p>
    <w:p>
      <w:pPr>
        <w:spacing w:after="40"/>
        <w:ind w:left="0"/>
      </w:pPr>
      <w:r>
        <w:rPr>
          <w:rFonts w:ascii="Arial" w:hAnsi="Arial"/>
          <w:sz w:val="21"/>
        </w:rPr>
        <w:t>☐  Parkeerpas, druppel/tag, intercomsleutel of liftpas verzameld.</w:t>
      </w:r>
    </w:p>
    <w:p>
      <w:pPr>
        <w:spacing w:after="40"/>
        <w:ind w:left="0"/>
      </w:pPr>
      <w:r>
        <w:rPr>
          <w:rFonts w:ascii="Arial" w:hAnsi="Arial"/>
          <w:sz w:val="21"/>
        </w:rPr>
        <w:t>☐  Opleverafspraken van verhuurder / koper gecontroleerd.</w:t>
      </w:r>
    </w:p>
    <w:p>
      <w:pPr>
        <w:spacing w:before="200" w:after="100"/>
      </w:pPr>
      <w:r>
        <w:rPr>
          <w:rFonts w:ascii="Arial" w:hAnsi="Arial"/>
          <w:b/>
          <w:color w:val="1A4E5C"/>
          <w:sz w:val="32"/>
        </w:rPr>
        <w:t>4. Praktische voorbereiding van de woning</w:t>
      </w:r>
    </w:p>
    <w:p>
      <w:pPr>
        <w:spacing w:after="40"/>
        <w:ind w:left="0"/>
      </w:pPr>
      <w:r>
        <w:rPr>
          <w:rFonts w:ascii="Arial" w:hAnsi="Arial"/>
          <w:sz w:val="21"/>
        </w:rPr>
        <w:t>☐  Koelkast, vriezer en voorraadkasten leegmaken; apparaten ontdooien en deuren op een kier laten.</w:t>
      </w:r>
    </w:p>
    <w:p>
      <w:pPr>
        <w:spacing w:after="40"/>
        <w:ind w:left="0"/>
      </w:pPr>
      <w:r>
        <w:rPr>
          <w:rFonts w:ascii="Arial" w:hAnsi="Arial"/>
          <w:sz w:val="21"/>
        </w:rPr>
        <w:t>☐  Etenswaren, schoonmaakmiddelen, verf, olie, gasflessen, accu’s en andere chemische middelen apart houden voor juiste afvoer.</w:t>
      </w:r>
    </w:p>
    <w:p>
      <w:pPr>
        <w:spacing w:after="40"/>
        <w:ind w:left="0"/>
      </w:pPr>
      <w:r>
        <w:rPr>
          <w:rFonts w:ascii="Arial" w:hAnsi="Arial"/>
          <w:sz w:val="21"/>
        </w:rPr>
        <w:t>☐  Medicijnen en medische hulpmiddelen apart verzamelen; medicijnen niet bij regulier afval doen.</w:t>
      </w:r>
    </w:p>
    <w:p>
      <w:pPr>
        <w:spacing w:after="40"/>
        <w:ind w:left="0"/>
      </w:pPr>
      <w:r>
        <w:rPr>
          <w:rFonts w:ascii="Arial" w:hAnsi="Arial"/>
          <w:sz w:val="21"/>
        </w:rPr>
        <w:t>☐  Papierwerk sorteren: bewaren, versnipperen of afvoeren. Gevoelige documenten niet los bij het afval.</w:t>
      </w:r>
    </w:p>
    <w:p>
      <w:pPr>
        <w:spacing w:after="40"/>
        <w:ind w:left="0"/>
      </w:pPr>
      <w:r>
        <w:rPr>
          <w:rFonts w:ascii="Arial" w:hAnsi="Arial"/>
          <w:sz w:val="21"/>
        </w:rPr>
        <w:t>☐  Foto’s, brieven, diploma’s, erfstukken, sieraden en andere emotionele of waardevolle spullen apart zetten.</w:t>
      </w:r>
    </w:p>
    <w:p>
      <w:pPr>
        <w:spacing w:after="40"/>
        <w:ind w:left="0"/>
      </w:pPr>
      <w:r>
        <w:rPr>
          <w:rFonts w:ascii="Arial" w:hAnsi="Arial"/>
          <w:sz w:val="21"/>
        </w:rPr>
        <w:t>☐  Computers, telefoons, tablets en harde schijven controleren op persoonlijke gegevens; zo nodig wissen voordat ze worden afgevoerd.</w:t>
      </w:r>
    </w:p>
    <w:p>
      <w:pPr>
        <w:spacing w:after="40"/>
        <w:ind w:left="0"/>
      </w:pPr>
      <w:r>
        <w:rPr>
          <w:rFonts w:ascii="Arial" w:hAnsi="Arial"/>
          <w:sz w:val="21"/>
        </w:rPr>
        <w:t>☐  Kringloop-/donatiespullen duidelijk bij elkaar zetten. Controleer vooraf of de ontvangende partij ze daadwerkelijk accepteert.</w:t>
      </w:r>
    </w:p>
    <w:p>
      <w:pPr>
        <w:spacing w:after="40"/>
        <w:ind w:left="0"/>
      </w:pPr>
      <w:r>
        <w:rPr>
          <w:rFonts w:ascii="Arial" w:hAnsi="Arial"/>
          <w:sz w:val="21"/>
        </w:rPr>
        <w:t>☐  Containers, grofvuil of milieustraat regelen indien dit niet onderdeel is van de ontruimingsopdracht.</w:t>
      </w:r>
    </w:p>
    <w:p>
      <w:pPr>
        <w:spacing w:after="40"/>
        <w:ind w:left="0"/>
      </w:pPr>
      <w:r>
        <w:rPr>
          <w:rFonts w:ascii="Arial" w:hAnsi="Arial"/>
          <w:sz w:val="21"/>
        </w:rPr>
        <w:t>☐  Buren / VvE informeren wanneer er tijdelijke hinder, liftgebruik of een container voor de deur komt.</w:t>
      </w:r>
    </w:p>
    <w:p>
      <w:pPr>
        <w:spacing w:after="40"/>
        <w:ind w:left="0"/>
      </w:pPr>
      <w:r>
        <w:rPr>
          <w:rFonts w:ascii="Arial" w:hAnsi="Arial"/>
          <w:sz w:val="21"/>
        </w:rPr>
        <w:t>☐  Parkeerplek en laad-/losmogelijkheid vrijhouden op de uitvoeringsdag.</w:t>
      </w:r>
    </w:p>
    <w:p>
      <w:pPr>
        <w:spacing w:after="40"/>
        <w:ind w:left="0"/>
      </w:pPr>
      <w:r>
        <w:rPr>
          <w:rFonts w:ascii="Arial" w:hAnsi="Arial"/>
          <w:sz w:val="21"/>
        </w:rPr>
        <w:t>☐  Huisdieren en planten tijdig elders onderbrengen.</w:t>
      </w:r>
    </w:p>
    <w:p>
      <w:pPr>
        <w:spacing w:after="40"/>
        <w:ind w:left="0"/>
      </w:pPr>
      <w:r>
        <w:rPr>
          <w:rFonts w:ascii="Arial" w:hAnsi="Arial"/>
          <w:sz w:val="21"/>
        </w:rPr>
        <w:t>☐  Zorg dat alle ruimtes toegankelijk zijn, inclusief zolder, kelder, schuur, garage en eventuele externe berging.</w:t>
      </w:r>
    </w:p>
    <w:p>
      <w:pPr>
        <w:spacing w:before="200" w:after="100"/>
      </w:pPr>
      <w:r>
        <w:rPr>
          <w:rFonts w:ascii="Arial" w:hAnsi="Arial"/>
          <w:b/>
          <w:color w:val="1A4E5C"/>
          <w:sz w:val="32"/>
        </w:rPr>
        <w:t>5. Wat moet in de woning blijven?</w:t>
      </w:r>
    </w:p>
    <w:p>
      <w:pPr>
        <w:spacing w:after="140"/>
      </w:pPr>
      <w:r>
        <w:rPr>
          <w:rFonts w:ascii="Arial" w:hAnsi="Arial"/>
          <w:color w:val="555555"/>
          <w:sz w:val="19"/>
        </w:rPr>
        <w:t>Leg dit vóór de ontruiming vast om vergissingen te voorkomen.</w:t>
      </w:r>
    </w:p>
    <w:p>
      <w:pPr>
        <w:spacing w:after="40"/>
        <w:ind w:left="0"/>
      </w:pPr>
      <w:r>
        <w:rPr>
          <w:rFonts w:ascii="Arial" w:hAnsi="Arial"/>
          <w:sz w:val="21"/>
        </w:rPr>
        <w:t>☐  Gordijnen / vitrage</w:t>
      </w:r>
    </w:p>
    <w:p>
      <w:pPr>
        <w:spacing w:after="40"/>
        <w:ind w:left="0"/>
      </w:pPr>
      <w:r>
        <w:rPr>
          <w:rFonts w:ascii="Arial" w:hAnsi="Arial"/>
          <w:sz w:val="21"/>
        </w:rPr>
        <w:t>☐  Gordijnrails / roedes</w:t>
      </w:r>
    </w:p>
    <w:p>
      <w:pPr>
        <w:spacing w:after="40"/>
        <w:ind w:left="0"/>
      </w:pPr>
      <w:r>
        <w:rPr>
          <w:rFonts w:ascii="Arial" w:hAnsi="Arial"/>
          <w:sz w:val="21"/>
        </w:rPr>
        <w:t>☐  Vloerbedekking / laminaat / parket / PVC</w:t>
      </w:r>
    </w:p>
    <w:p>
      <w:pPr>
        <w:spacing w:after="40"/>
        <w:ind w:left="0"/>
      </w:pPr>
      <w:r>
        <w:rPr>
          <w:rFonts w:ascii="Arial" w:hAnsi="Arial"/>
          <w:sz w:val="21"/>
        </w:rPr>
        <w:t>☐  Plinten</w:t>
      </w:r>
    </w:p>
    <w:p>
      <w:pPr>
        <w:spacing w:after="40"/>
        <w:ind w:left="0"/>
      </w:pPr>
      <w:r>
        <w:rPr>
          <w:rFonts w:ascii="Arial" w:hAnsi="Arial"/>
          <w:sz w:val="21"/>
        </w:rPr>
        <w:t>☐  Lampen / armaturen</w:t>
      </w:r>
    </w:p>
    <w:p>
      <w:pPr>
        <w:spacing w:after="40"/>
        <w:ind w:left="0"/>
      </w:pPr>
      <w:r>
        <w:rPr>
          <w:rFonts w:ascii="Arial" w:hAnsi="Arial"/>
          <w:sz w:val="21"/>
        </w:rPr>
        <w:t>☐  Spiegels</w:t>
      </w:r>
    </w:p>
    <w:p>
      <w:pPr>
        <w:spacing w:after="40"/>
        <w:ind w:left="0"/>
      </w:pPr>
      <w:r>
        <w:rPr>
          <w:rFonts w:ascii="Arial" w:hAnsi="Arial"/>
          <w:sz w:val="21"/>
        </w:rPr>
        <w:t>☐  Wandplanken</w:t>
      </w:r>
    </w:p>
    <w:p>
      <w:pPr>
        <w:spacing w:after="40"/>
        <w:ind w:left="0"/>
      </w:pPr>
      <w:r>
        <w:rPr>
          <w:rFonts w:ascii="Arial" w:hAnsi="Arial"/>
          <w:sz w:val="21"/>
        </w:rPr>
        <w:t>☐  Inbouwkasten</w:t>
      </w:r>
    </w:p>
    <w:p>
      <w:pPr>
        <w:spacing w:after="40"/>
        <w:ind w:left="0"/>
      </w:pPr>
      <w:r>
        <w:rPr>
          <w:rFonts w:ascii="Arial" w:hAnsi="Arial"/>
          <w:sz w:val="21"/>
        </w:rPr>
        <w:t>☐  Losse kasten</w:t>
      </w:r>
    </w:p>
    <w:p>
      <w:pPr>
        <w:spacing w:after="40"/>
        <w:ind w:left="0"/>
      </w:pPr>
      <w:r>
        <w:rPr>
          <w:rFonts w:ascii="Arial" w:hAnsi="Arial"/>
          <w:sz w:val="21"/>
        </w:rPr>
        <w:t>☐  Witgoed / apparatuur</w:t>
      </w:r>
    </w:p>
    <w:p>
      <w:pPr>
        <w:spacing w:after="40"/>
        <w:ind w:left="0"/>
      </w:pPr>
      <w:r>
        <w:rPr>
          <w:rFonts w:ascii="Arial" w:hAnsi="Arial"/>
          <w:sz w:val="21"/>
        </w:rPr>
        <w:t>☐  Tuinmeubilair / buitenobjecten</w:t>
      </w:r>
    </w:p>
    <w:p>
      <w:pPr>
        <w:spacing w:after="40"/>
        <w:ind w:left="0"/>
      </w:pPr>
      <w:r>
        <w:rPr>
          <w:rFonts w:ascii="Arial" w:hAnsi="Arial"/>
          <w:sz w:val="21"/>
        </w:rPr>
        <w:t>☐  Overige zaken volgens koop-, huur- of opleverafspraak</w:t>
      </w:r>
    </w:p>
    <w:p>
      <w:pPr>
        <w:spacing w:after="80"/>
      </w:pPr>
      <w:r>
        <w:rPr>
          <w:rFonts w:ascii="Arial" w:hAnsi="Arial"/>
          <w:b/>
          <w:sz w:val="21"/>
        </w:rPr>
        <w:t xml:space="preserve">Bijzondere afspraken over spullen die blijven:  </w:t>
      </w:r>
      <w:r>
        <w:rPr>
          <w:rFonts w:ascii="Arial" w:hAnsi="Arial"/>
          <w:color w:val="787878"/>
          <w:sz w:val="21"/>
        </w:rPr>
        <w:t>________________________________________________________________</w:t>
      </w:r>
    </w:p>
    <w:p>
      <w:pPr>
        <w:spacing w:after="80"/>
      </w:pPr>
      <w:r>
        <w:rPr>
          <w:rFonts w:ascii="Arial" w:hAnsi="Arial"/>
          <w:b/>
          <w:sz w:val="21"/>
        </w:rPr>
        <w:t xml:space="preserve">Wie controleert dit vóór start ontruiming:  </w:t>
      </w:r>
      <w:r>
        <w:rPr>
          <w:rFonts w:ascii="Arial" w:hAnsi="Arial"/>
          <w:color w:val="787878"/>
          <w:sz w:val="21"/>
        </w:rPr>
        <w:t>________________________________________________________________</w:t>
      </w:r>
    </w:p>
    <w:p>
      <w:pPr>
        <w:spacing w:before="200" w:after="100"/>
      </w:pPr>
      <w:r>
        <w:rPr>
          <w:rFonts w:ascii="Arial" w:hAnsi="Arial"/>
          <w:b/>
          <w:color w:val="1A4E5C"/>
          <w:sz w:val="32"/>
        </w:rPr>
        <w:t>6. Inventarisatie per kamer</w:t>
      </w:r>
    </w:p>
    <w:p>
      <w:pPr>
        <w:spacing w:after="140"/>
      </w:pPr>
      <w:r>
        <w:rPr>
          <w:rFonts w:ascii="Arial" w:hAnsi="Arial"/>
          <w:color w:val="555555"/>
          <w:sz w:val="19"/>
        </w:rPr>
        <w:t>Gebruik onderstaande pagina’s tijdens de rondgang. Voeg zo nodig extra regels of een eigen bijlage toe.</w:t>
      </w:r>
    </w:p>
    <w:tbl>
      <w:tblPr>
        <w:tblW w:type="auto" w:w="0"/>
        <w:jc w:val="center"/>
        <w:tblLook w:firstColumn="1" w:firstRow="1" w:lastColumn="0" w:lastRow="0" w:noHBand="0" w:noVBand="1" w:val="04A0"/>
      </w:tblPr>
      <w:tblGrid>
        <w:gridCol w:w="10368"/>
      </w:tblGrid>
      <w:tr>
        <w:tc>
          <w:tcPr>
            <w:tcW w:type="dxa" w:w="10368"/>
            <w:shd w:fill="EEF5F6"/>
            <w:tcMar>
              <w:top w:w="140" w:type="dxa"/>
              <w:start w:w="160" w:type="dxa"/>
              <w:bottom w:w="140" w:type="dxa"/>
              <w:end w:w="160" w:type="dxa"/>
            </w:tcMar>
          </w:tcPr>
          <w:p>
            <w:pPr>
              <w:spacing w:after="40"/>
            </w:pPr>
            <w:r>
              <w:rPr>
                <w:rFonts w:ascii="Arial" w:hAnsi="Arial"/>
                <w:b/>
                <w:color w:val="1A4E5C"/>
                <w:sz w:val="21"/>
              </w:rPr>
              <w:t>Praktische tip</w:t>
            </w:r>
          </w:p>
          <w:p>
            <w:pPr>
              <w:spacing w:after="0"/>
            </w:pPr>
            <w:r>
              <w:rPr>
                <w:rFonts w:ascii="Arial" w:hAnsi="Arial"/>
                <w:sz w:val="19"/>
              </w:rPr>
              <w:t>Nummer kamers op uw foto’s en op dit formulier, bijvoorbeeld “Slaapkamer 1” en “Slaapkamer 2”. Noteer bij grote meubels of ze gedemonteerd moeten worden. Geef bij stoffering expliciet aan of deze moet blijven of verwijderd mag worden.</w:t>
            </w:r>
          </w:p>
        </w:tc>
      </w:tr>
    </w:tbl>
    <w:p>
      <w:pPr>
        <w:spacing w:after="20"/>
      </w:pPr>
    </w:p>
    <w:p>
      <w:pPr>
        <w:spacing w:before="160" w:after="80"/>
      </w:pPr>
      <w:r>
        <w:rPr>
          <w:rFonts w:ascii="Arial" w:hAnsi="Arial"/>
          <w:b/>
          <w:color w:val="1A4E5C"/>
          <w:sz w:val="24"/>
        </w:rPr>
        <w:t>Woonkamer</w:t>
      </w:r>
    </w:p>
    <w:tbl>
      <w:tblPr>
        <w:tblStyle w:val="TableGrid"/>
        <w:tblW w:type="auto" w:w="0"/>
        <w:jc w:val="center"/>
        <w:tblLook w:firstColumn="1" w:firstRow="1" w:lastColumn="0" w:lastRow="0" w:noHBand="0" w:noVBand="1" w:val="04A0"/>
      </w:tblPr>
      <w:tblGrid>
        <w:gridCol w:w="2074"/>
        <w:gridCol w:w="2074"/>
        <w:gridCol w:w="2074"/>
        <w:gridCol w:w="2074"/>
        <w:gridCol w:w="2074"/>
      </w:tblGrid>
      <w:tr>
        <w:trPr>
          <w:tblHeader w:val="true"/>
        </w:trPr>
        <w:tc>
          <w:tcPr>
            <w:tcW w:type="dxa" w:w="2952"/>
            <w:tcMar>
              <w:top w:w="90" w:type="dxa"/>
              <w:start w:w="100" w:type="dxa"/>
              <w:bottom w:w="90" w:type="dxa"/>
              <w:end w:w="100" w:type="dxa"/>
            </w:tcMar>
            <w:vAlign w:val="center"/>
            <w:shd w:fill="1A4E5C"/>
          </w:tcPr>
          <w:p>
            <w:pPr>
              <w:spacing w:after="0"/>
            </w:pPr>
            <w:r>
              <w:rPr>
                <w:rFonts w:ascii="Arial" w:hAnsi="Arial"/>
                <w:b/>
                <w:color w:val="FFFFFF"/>
                <w:sz w:val="17"/>
              </w:rPr>
              <w:t>Onderdeel / voorwerp</w:t>
            </w:r>
          </w:p>
        </w:tc>
        <w:tc>
          <w:tcPr>
            <w:tcW w:type="dxa" w:w="1080"/>
            <w:tcMar>
              <w:top w:w="90" w:type="dxa"/>
              <w:start w:w="100" w:type="dxa"/>
              <w:bottom w:w="90" w:type="dxa"/>
              <w:end w:w="100" w:type="dxa"/>
            </w:tcMar>
            <w:vAlign w:val="center"/>
            <w:shd w:fill="1A4E5C"/>
          </w:tcPr>
          <w:p>
            <w:pPr>
              <w:spacing w:after="0"/>
            </w:pPr>
            <w:r>
              <w:rPr>
                <w:rFonts w:ascii="Arial" w:hAnsi="Arial"/>
                <w:b/>
                <w:color w:val="FFFFFF"/>
                <w:sz w:val="17"/>
              </w:rPr>
              <w:t>Meenemen</w:t>
            </w:r>
          </w:p>
        </w:tc>
        <w:tc>
          <w:tcPr>
            <w:tcW w:type="dxa" w:w="1656"/>
            <w:tcMar>
              <w:top w:w="90" w:type="dxa"/>
              <w:start w:w="100" w:type="dxa"/>
              <w:bottom w:w="90" w:type="dxa"/>
              <w:end w:w="100" w:type="dxa"/>
            </w:tcMar>
            <w:vAlign w:val="center"/>
            <w:shd w:fill="1A4E5C"/>
          </w:tcPr>
          <w:p>
            <w:pPr>
              <w:spacing w:after="0"/>
            </w:pPr>
            <w:r>
              <w:rPr>
                <w:rFonts w:ascii="Arial" w:hAnsi="Arial"/>
                <w:b/>
                <w:color w:val="FFFFFF"/>
                <w:sz w:val="17"/>
              </w:rPr>
              <w:t>Afvoeren / schenken</w:t>
            </w:r>
          </w:p>
        </w:tc>
        <w:tc>
          <w:tcPr>
            <w:tcW w:type="dxa" w:w="1512"/>
            <w:tcMar>
              <w:top w:w="90" w:type="dxa"/>
              <w:start w:w="100" w:type="dxa"/>
              <w:bottom w:w="90" w:type="dxa"/>
              <w:end w:w="100" w:type="dxa"/>
            </w:tcMar>
            <w:vAlign w:val="center"/>
            <w:shd w:fill="1A4E5C"/>
          </w:tcPr>
          <w:p>
            <w:pPr>
              <w:spacing w:after="0"/>
            </w:pPr>
            <w:r>
              <w:rPr>
                <w:rFonts w:ascii="Arial" w:hAnsi="Arial"/>
                <w:b/>
                <w:color w:val="FFFFFF"/>
                <w:sz w:val="17"/>
              </w:rPr>
              <w:t>Blijft in woning</w:t>
            </w:r>
          </w:p>
        </w:tc>
        <w:tc>
          <w:tcPr>
            <w:tcW w:type="dxa" w:w="2880"/>
            <w:tcMar>
              <w:top w:w="90" w:type="dxa"/>
              <w:start w:w="100" w:type="dxa"/>
              <w:bottom w:w="90" w:type="dxa"/>
              <w:end w:w="100" w:type="dxa"/>
            </w:tcMar>
            <w:vAlign w:val="center"/>
            <w:shd w:fill="1A4E5C"/>
          </w:tcPr>
          <w:p>
            <w:pPr>
              <w:spacing w:after="0"/>
            </w:pPr>
            <w:r>
              <w:rPr>
                <w:rFonts w:ascii="Arial" w:hAnsi="Arial"/>
                <w:b/>
                <w:color w:val="FFFFFF"/>
                <w:sz w:val="17"/>
              </w:rPr>
              <w:t>Opmerking</w:t>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bl>
    <w:tbl>
      <w:tblPr>
        <w:tblW w:type="auto" w:w="0"/>
        <w:jc w:val="center"/>
        <w:tblLook w:firstColumn="1" w:firstRow="1" w:lastColumn="0" w:lastRow="0" w:noHBand="0" w:noVBand="1" w:val="04A0"/>
      </w:tblPr>
      <w:tblGrid>
        <w:gridCol w:w="5184"/>
        <w:gridCol w:w="5184"/>
      </w:tblGrid>
      <w:tr>
        <w:tc>
          <w:tcPr>
            <w:tcW w:type="dxa" w:w="5184"/>
            <w:tcMar>
              <w:top w:w="80" w:type="dxa"/>
              <w:start w:w="100" w:type="dxa"/>
              <w:bottom w:w="80" w:type="dxa"/>
              <w:end w:w="100" w:type="dxa"/>
            </w:tcMar>
          </w:tcPr>
          <w:p>
            <w:r>
              <w:rPr>
                <w:rFonts w:ascii="Arial" w:hAnsi="Arial"/>
                <w:sz w:val="17"/>
              </w:rPr>
              <w:t>☐ Vloerbedekking / stoffering verwijderen</w:t>
            </w:r>
          </w:p>
        </w:tc>
        <w:tc>
          <w:tcPr>
            <w:tcW w:type="dxa" w:w="5184"/>
            <w:tcMar>
              <w:top w:w="80" w:type="dxa"/>
              <w:start w:w="100" w:type="dxa"/>
              <w:bottom w:w="80" w:type="dxa"/>
              <w:end w:w="100" w:type="dxa"/>
            </w:tcMar>
          </w:tcPr>
          <w:p>
            <w:r>
              <w:rPr>
                <w:rFonts w:ascii="Arial" w:hAnsi="Arial"/>
                <w:sz w:val="17"/>
              </w:rPr>
              <w:t>☐ Wanddecoratie / spiegels verwijderen</w:t>
            </w:r>
          </w:p>
        </w:tc>
      </w:tr>
      <w:tr>
        <w:tc>
          <w:tcPr>
            <w:tcW w:type="dxa" w:w="5184"/>
            <w:tcMar>
              <w:top w:w="80" w:type="dxa"/>
              <w:start w:w="100" w:type="dxa"/>
              <w:bottom w:w="80" w:type="dxa"/>
              <w:end w:w="100" w:type="dxa"/>
            </w:tcMar>
          </w:tcPr>
          <w:p>
            <w:r>
              <w:rPr>
                <w:rFonts w:ascii="Arial" w:hAnsi="Arial"/>
                <w:sz w:val="17"/>
              </w:rPr>
              <w:t>☐ Vloerbedekking / stoffering laten liggen</w:t>
            </w:r>
          </w:p>
        </w:tc>
        <w:tc>
          <w:tcPr>
            <w:tcW w:type="dxa" w:w="5184"/>
            <w:tcMar>
              <w:top w:w="80" w:type="dxa"/>
              <w:start w:w="100" w:type="dxa"/>
              <w:bottom w:w="80" w:type="dxa"/>
              <w:end w:w="100" w:type="dxa"/>
            </w:tcMar>
          </w:tcPr>
          <w:p>
            <w:r>
              <w:rPr>
                <w:rFonts w:ascii="Arial" w:hAnsi="Arial"/>
                <w:sz w:val="17"/>
              </w:rPr>
              <w:t>☐ Inbouw / vaste kast laten staan</w:t>
            </w:r>
          </w:p>
        </w:tc>
      </w:tr>
      <w:tr>
        <w:tc>
          <w:tcPr>
            <w:tcW w:type="dxa" w:w="5184"/>
            <w:tcMar>
              <w:top w:w="80" w:type="dxa"/>
              <w:start w:w="100" w:type="dxa"/>
              <w:bottom w:w="80" w:type="dxa"/>
              <w:end w:w="100" w:type="dxa"/>
            </w:tcMar>
          </w:tcPr>
          <w:p>
            <w:r>
              <w:rPr>
                <w:rFonts w:ascii="Arial" w:hAnsi="Arial"/>
                <w:sz w:val="17"/>
              </w:rPr>
              <w:t>☐ Gordijnen / rails verwijderen</w:t>
            </w:r>
          </w:p>
        </w:tc>
        <w:tc>
          <w:tcPr>
            <w:tcW w:type="dxa" w:w="5184"/>
            <w:tcMar>
              <w:top w:w="80" w:type="dxa"/>
              <w:start w:w="100" w:type="dxa"/>
              <w:bottom w:w="80" w:type="dxa"/>
              <w:end w:w="100" w:type="dxa"/>
            </w:tcMar>
          </w:tcPr>
          <w:p>
            <w:r>
              <w:rPr>
                <w:rFonts w:ascii="Arial" w:hAnsi="Arial"/>
                <w:sz w:val="17"/>
              </w:rPr>
              <w:t>☐ Gaten / schroeven: geen herstel nodig</w:t>
            </w:r>
          </w:p>
        </w:tc>
      </w:tr>
      <w:tr>
        <w:tc>
          <w:tcPr>
            <w:tcW w:type="dxa" w:w="5184"/>
            <w:tcMar>
              <w:top w:w="80" w:type="dxa"/>
              <w:start w:w="100" w:type="dxa"/>
              <w:bottom w:w="80" w:type="dxa"/>
              <w:end w:w="100" w:type="dxa"/>
            </w:tcMar>
          </w:tcPr>
          <w:p>
            <w:r>
              <w:rPr>
                <w:rFonts w:ascii="Arial" w:hAnsi="Arial"/>
                <w:sz w:val="17"/>
              </w:rPr>
              <w:t>☐ Lampen / armaturen verwijderen</w:t>
            </w:r>
          </w:p>
        </w:tc>
        <w:tc>
          <w:tcPr>
            <w:tcW w:type="dxa" w:w="5184"/>
            <w:tcMar>
              <w:top w:w="80" w:type="dxa"/>
              <w:start w:w="100" w:type="dxa"/>
              <w:bottom w:w="80" w:type="dxa"/>
              <w:end w:w="100" w:type="dxa"/>
            </w:tcMar>
          </w:tcPr>
          <w:p>
            <w:r>
              <w:rPr>
                <w:rFonts w:ascii="Arial" w:hAnsi="Arial"/>
                <w:sz w:val="17"/>
              </w:rPr>
              <w:t>☐ Bijzonderheden genoteerd / gefotografeerd</w:t>
            </w:r>
          </w:p>
        </w:tc>
      </w:tr>
    </w:tbl>
    <w:p>
      <w:pPr>
        <w:spacing w:after="40"/>
      </w:pPr>
    </w:p>
    <w:p>
      <w:pPr>
        <w:spacing w:before="160" w:after="80"/>
      </w:pPr>
      <w:r>
        <w:rPr>
          <w:rFonts w:ascii="Arial" w:hAnsi="Arial"/>
          <w:b/>
          <w:color w:val="1A4E5C"/>
          <w:sz w:val="24"/>
        </w:rPr>
        <w:t>Keuken</w:t>
      </w:r>
    </w:p>
    <w:tbl>
      <w:tblPr>
        <w:tblStyle w:val="TableGrid"/>
        <w:tblW w:type="auto" w:w="0"/>
        <w:jc w:val="center"/>
        <w:tblLook w:firstColumn="1" w:firstRow="1" w:lastColumn="0" w:lastRow="0" w:noHBand="0" w:noVBand="1" w:val="04A0"/>
      </w:tblPr>
      <w:tblGrid>
        <w:gridCol w:w="2074"/>
        <w:gridCol w:w="2074"/>
        <w:gridCol w:w="2074"/>
        <w:gridCol w:w="2074"/>
        <w:gridCol w:w="2074"/>
      </w:tblGrid>
      <w:tr>
        <w:trPr>
          <w:tblHeader w:val="true"/>
        </w:trPr>
        <w:tc>
          <w:tcPr>
            <w:tcW w:type="dxa" w:w="2952"/>
            <w:tcMar>
              <w:top w:w="90" w:type="dxa"/>
              <w:start w:w="100" w:type="dxa"/>
              <w:bottom w:w="90" w:type="dxa"/>
              <w:end w:w="100" w:type="dxa"/>
            </w:tcMar>
            <w:vAlign w:val="center"/>
            <w:shd w:fill="1A4E5C"/>
          </w:tcPr>
          <w:p>
            <w:pPr>
              <w:spacing w:after="0"/>
            </w:pPr>
            <w:r>
              <w:rPr>
                <w:rFonts w:ascii="Arial" w:hAnsi="Arial"/>
                <w:b/>
                <w:color w:val="FFFFFF"/>
                <w:sz w:val="17"/>
              </w:rPr>
              <w:t>Onderdeel / voorwerp</w:t>
            </w:r>
          </w:p>
        </w:tc>
        <w:tc>
          <w:tcPr>
            <w:tcW w:type="dxa" w:w="1080"/>
            <w:tcMar>
              <w:top w:w="90" w:type="dxa"/>
              <w:start w:w="100" w:type="dxa"/>
              <w:bottom w:w="90" w:type="dxa"/>
              <w:end w:w="100" w:type="dxa"/>
            </w:tcMar>
            <w:vAlign w:val="center"/>
            <w:shd w:fill="1A4E5C"/>
          </w:tcPr>
          <w:p>
            <w:pPr>
              <w:spacing w:after="0"/>
            </w:pPr>
            <w:r>
              <w:rPr>
                <w:rFonts w:ascii="Arial" w:hAnsi="Arial"/>
                <w:b/>
                <w:color w:val="FFFFFF"/>
                <w:sz w:val="17"/>
              </w:rPr>
              <w:t>Meenemen</w:t>
            </w:r>
          </w:p>
        </w:tc>
        <w:tc>
          <w:tcPr>
            <w:tcW w:type="dxa" w:w="1656"/>
            <w:tcMar>
              <w:top w:w="90" w:type="dxa"/>
              <w:start w:w="100" w:type="dxa"/>
              <w:bottom w:w="90" w:type="dxa"/>
              <w:end w:w="100" w:type="dxa"/>
            </w:tcMar>
            <w:vAlign w:val="center"/>
            <w:shd w:fill="1A4E5C"/>
          </w:tcPr>
          <w:p>
            <w:pPr>
              <w:spacing w:after="0"/>
            </w:pPr>
            <w:r>
              <w:rPr>
                <w:rFonts w:ascii="Arial" w:hAnsi="Arial"/>
                <w:b/>
                <w:color w:val="FFFFFF"/>
                <w:sz w:val="17"/>
              </w:rPr>
              <w:t>Afvoeren / schenken</w:t>
            </w:r>
          </w:p>
        </w:tc>
        <w:tc>
          <w:tcPr>
            <w:tcW w:type="dxa" w:w="1512"/>
            <w:tcMar>
              <w:top w:w="90" w:type="dxa"/>
              <w:start w:w="100" w:type="dxa"/>
              <w:bottom w:w="90" w:type="dxa"/>
              <w:end w:w="100" w:type="dxa"/>
            </w:tcMar>
            <w:vAlign w:val="center"/>
            <w:shd w:fill="1A4E5C"/>
          </w:tcPr>
          <w:p>
            <w:pPr>
              <w:spacing w:after="0"/>
            </w:pPr>
            <w:r>
              <w:rPr>
                <w:rFonts w:ascii="Arial" w:hAnsi="Arial"/>
                <w:b/>
                <w:color w:val="FFFFFF"/>
                <w:sz w:val="17"/>
              </w:rPr>
              <w:t>Blijft in woning</w:t>
            </w:r>
          </w:p>
        </w:tc>
        <w:tc>
          <w:tcPr>
            <w:tcW w:type="dxa" w:w="2880"/>
            <w:tcMar>
              <w:top w:w="90" w:type="dxa"/>
              <w:start w:w="100" w:type="dxa"/>
              <w:bottom w:w="90" w:type="dxa"/>
              <w:end w:w="100" w:type="dxa"/>
            </w:tcMar>
            <w:vAlign w:val="center"/>
            <w:shd w:fill="1A4E5C"/>
          </w:tcPr>
          <w:p>
            <w:pPr>
              <w:spacing w:after="0"/>
            </w:pPr>
            <w:r>
              <w:rPr>
                <w:rFonts w:ascii="Arial" w:hAnsi="Arial"/>
                <w:b/>
                <w:color w:val="FFFFFF"/>
                <w:sz w:val="17"/>
              </w:rPr>
              <w:t>Opmerking</w:t>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bl>
    <w:tbl>
      <w:tblPr>
        <w:tblW w:type="auto" w:w="0"/>
        <w:jc w:val="center"/>
        <w:tblLook w:firstColumn="1" w:firstRow="1" w:lastColumn="0" w:lastRow="0" w:noHBand="0" w:noVBand="1" w:val="04A0"/>
      </w:tblPr>
      <w:tblGrid>
        <w:gridCol w:w="5184"/>
        <w:gridCol w:w="5184"/>
      </w:tblGrid>
      <w:tr>
        <w:tc>
          <w:tcPr>
            <w:tcW w:type="dxa" w:w="5184"/>
            <w:tcMar>
              <w:top w:w="80" w:type="dxa"/>
              <w:start w:w="100" w:type="dxa"/>
              <w:bottom w:w="80" w:type="dxa"/>
              <w:end w:w="100" w:type="dxa"/>
            </w:tcMar>
          </w:tcPr>
          <w:p>
            <w:r>
              <w:rPr>
                <w:rFonts w:ascii="Arial" w:hAnsi="Arial"/>
                <w:sz w:val="17"/>
              </w:rPr>
              <w:t>☐ Vloerbedekking / stoffering verwijderen</w:t>
            </w:r>
          </w:p>
        </w:tc>
        <w:tc>
          <w:tcPr>
            <w:tcW w:type="dxa" w:w="5184"/>
            <w:tcMar>
              <w:top w:w="80" w:type="dxa"/>
              <w:start w:w="100" w:type="dxa"/>
              <w:bottom w:w="80" w:type="dxa"/>
              <w:end w:w="100" w:type="dxa"/>
            </w:tcMar>
          </w:tcPr>
          <w:p>
            <w:r>
              <w:rPr>
                <w:rFonts w:ascii="Arial" w:hAnsi="Arial"/>
                <w:sz w:val="17"/>
              </w:rPr>
              <w:t>☐ Wanddecoratie / spiegels verwijderen</w:t>
            </w:r>
          </w:p>
        </w:tc>
      </w:tr>
      <w:tr>
        <w:tc>
          <w:tcPr>
            <w:tcW w:type="dxa" w:w="5184"/>
            <w:tcMar>
              <w:top w:w="80" w:type="dxa"/>
              <w:start w:w="100" w:type="dxa"/>
              <w:bottom w:w="80" w:type="dxa"/>
              <w:end w:w="100" w:type="dxa"/>
            </w:tcMar>
          </w:tcPr>
          <w:p>
            <w:r>
              <w:rPr>
                <w:rFonts w:ascii="Arial" w:hAnsi="Arial"/>
                <w:sz w:val="17"/>
              </w:rPr>
              <w:t>☐ Vloerbedekking / stoffering laten liggen</w:t>
            </w:r>
          </w:p>
        </w:tc>
        <w:tc>
          <w:tcPr>
            <w:tcW w:type="dxa" w:w="5184"/>
            <w:tcMar>
              <w:top w:w="80" w:type="dxa"/>
              <w:start w:w="100" w:type="dxa"/>
              <w:bottom w:w="80" w:type="dxa"/>
              <w:end w:w="100" w:type="dxa"/>
            </w:tcMar>
          </w:tcPr>
          <w:p>
            <w:r>
              <w:rPr>
                <w:rFonts w:ascii="Arial" w:hAnsi="Arial"/>
                <w:sz w:val="17"/>
              </w:rPr>
              <w:t>☐ Inbouw / vaste kast laten staan</w:t>
            </w:r>
          </w:p>
        </w:tc>
      </w:tr>
      <w:tr>
        <w:tc>
          <w:tcPr>
            <w:tcW w:type="dxa" w:w="5184"/>
            <w:tcMar>
              <w:top w:w="80" w:type="dxa"/>
              <w:start w:w="100" w:type="dxa"/>
              <w:bottom w:w="80" w:type="dxa"/>
              <w:end w:w="100" w:type="dxa"/>
            </w:tcMar>
          </w:tcPr>
          <w:p>
            <w:r>
              <w:rPr>
                <w:rFonts w:ascii="Arial" w:hAnsi="Arial"/>
                <w:sz w:val="17"/>
              </w:rPr>
              <w:t>☐ Gordijnen / rails verwijderen</w:t>
            </w:r>
          </w:p>
        </w:tc>
        <w:tc>
          <w:tcPr>
            <w:tcW w:type="dxa" w:w="5184"/>
            <w:tcMar>
              <w:top w:w="80" w:type="dxa"/>
              <w:start w:w="100" w:type="dxa"/>
              <w:bottom w:w="80" w:type="dxa"/>
              <w:end w:w="100" w:type="dxa"/>
            </w:tcMar>
          </w:tcPr>
          <w:p>
            <w:r>
              <w:rPr>
                <w:rFonts w:ascii="Arial" w:hAnsi="Arial"/>
                <w:sz w:val="17"/>
              </w:rPr>
              <w:t>☐ Gaten / schroeven: geen herstel nodig</w:t>
            </w:r>
          </w:p>
        </w:tc>
      </w:tr>
      <w:tr>
        <w:tc>
          <w:tcPr>
            <w:tcW w:type="dxa" w:w="5184"/>
            <w:tcMar>
              <w:top w:w="80" w:type="dxa"/>
              <w:start w:w="100" w:type="dxa"/>
              <w:bottom w:w="80" w:type="dxa"/>
              <w:end w:w="100" w:type="dxa"/>
            </w:tcMar>
          </w:tcPr>
          <w:p>
            <w:r>
              <w:rPr>
                <w:rFonts w:ascii="Arial" w:hAnsi="Arial"/>
                <w:sz w:val="17"/>
              </w:rPr>
              <w:t>☐ Lampen / armaturen verwijderen</w:t>
            </w:r>
          </w:p>
        </w:tc>
        <w:tc>
          <w:tcPr>
            <w:tcW w:type="dxa" w:w="5184"/>
            <w:tcMar>
              <w:top w:w="80" w:type="dxa"/>
              <w:start w:w="100" w:type="dxa"/>
              <w:bottom w:w="80" w:type="dxa"/>
              <w:end w:w="100" w:type="dxa"/>
            </w:tcMar>
          </w:tcPr>
          <w:p>
            <w:r>
              <w:rPr>
                <w:rFonts w:ascii="Arial" w:hAnsi="Arial"/>
                <w:sz w:val="17"/>
              </w:rPr>
              <w:t>☐ Bijzonderheden genoteerd / gefotografeerd</w:t>
            </w:r>
          </w:p>
        </w:tc>
      </w:tr>
    </w:tbl>
    <w:p>
      <w:pPr>
        <w:spacing w:after="40"/>
      </w:pPr>
    </w:p>
    <w:p>
      <w:r>
        <w:br w:type="page"/>
      </w:r>
    </w:p>
    <w:p>
      <w:pPr>
        <w:spacing w:before="160" w:after="80"/>
      </w:pPr>
      <w:r>
        <w:rPr>
          <w:rFonts w:ascii="Arial" w:hAnsi="Arial"/>
          <w:b/>
          <w:color w:val="1A4E5C"/>
          <w:sz w:val="24"/>
        </w:rPr>
        <w:t>Hal / entree</w:t>
      </w:r>
    </w:p>
    <w:tbl>
      <w:tblPr>
        <w:tblStyle w:val="TableGrid"/>
        <w:tblW w:type="auto" w:w="0"/>
        <w:jc w:val="center"/>
        <w:tblLook w:firstColumn="1" w:firstRow="1" w:lastColumn="0" w:lastRow="0" w:noHBand="0" w:noVBand="1" w:val="04A0"/>
      </w:tblPr>
      <w:tblGrid>
        <w:gridCol w:w="2074"/>
        <w:gridCol w:w="2074"/>
        <w:gridCol w:w="2074"/>
        <w:gridCol w:w="2074"/>
        <w:gridCol w:w="2074"/>
      </w:tblGrid>
      <w:tr>
        <w:trPr>
          <w:tblHeader w:val="true"/>
        </w:trPr>
        <w:tc>
          <w:tcPr>
            <w:tcW w:type="dxa" w:w="2952"/>
            <w:tcMar>
              <w:top w:w="90" w:type="dxa"/>
              <w:start w:w="100" w:type="dxa"/>
              <w:bottom w:w="90" w:type="dxa"/>
              <w:end w:w="100" w:type="dxa"/>
            </w:tcMar>
            <w:vAlign w:val="center"/>
            <w:shd w:fill="1A4E5C"/>
          </w:tcPr>
          <w:p>
            <w:pPr>
              <w:spacing w:after="0"/>
            </w:pPr>
            <w:r>
              <w:rPr>
                <w:rFonts w:ascii="Arial" w:hAnsi="Arial"/>
                <w:b/>
                <w:color w:val="FFFFFF"/>
                <w:sz w:val="17"/>
              </w:rPr>
              <w:t>Onderdeel / voorwerp</w:t>
            </w:r>
          </w:p>
        </w:tc>
        <w:tc>
          <w:tcPr>
            <w:tcW w:type="dxa" w:w="1080"/>
            <w:tcMar>
              <w:top w:w="90" w:type="dxa"/>
              <w:start w:w="100" w:type="dxa"/>
              <w:bottom w:w="90" w:type="dxa"/>
              <w:end w:w="100" w:type="dxa"/>
            </w:tcMar>
            <w:vAlign w:val="center"/>
            <w:shd w:fill="1A4E5C"/>
          </w:tcPr>
          <w:p>
            <w:pPr>
              <w:spacing w:after="0"/>
            </w:pPr>
            <w:r>
              <w:rPr>
                <w:rFonts w:ascii="Arial" w:hAnsi="Arial"/>
                <w:b/>
                <w:color w:val="FFFFFF"/>
                <w:sz w:val="17"/>
              </w:rPr>
              <w:t>Meenemen</w:t>
            </w:r>
          </w:p>
        </w:tc>
        <w:tc>
          <w:tcPr>
            <w:tcW w:type="dxa" w:w="1656"/>
            <w:tcMar>
              <w:top w:w="90" w:type="dxa"/>
              <w:start w:w="100" w:type="dxa"/>
              <w:bottom w:w="90" w:type="dxa"/>
              <w:end w:w="100" w:type="dxa"/>
            </w:tcMar>
            <w:vAlign w:val="center"/>
            <w:shd w:fill="1A4E5C"/>
          </w:tcPr>
          <w:p>
            <w:pPr>
              <w:spacing w:after="0"/>
            </w:pPr>
            <w:r>
              <w:rPr>
                <w:rFonts w:ascii="Arial" w:hAnsi="Arial"/>
                <w:b/>
                <w:color w:val="FFFFFF"/>
                <w:sz w:val="17"/>
              </w:rPr>
              <w:t>Afvoeren / schenken</w:t>
            </w:r>
          </w:p>
        </w:tc>
        <w:tc>
          <w:tcPr>
            <w:tcW w:type="dxa" w:w="1512"/>
            <w:tcMar>
              <w:top w:w="90" w:type="dxa"/>
              <w:start w:w="100" w:type="dxa"/>
              <w:bottom w:w="90" w:type="dxa"/>
              <w:end w:w="100" w:type="dxa"/>
            </w:tcMar>
            <w:vAlign w:val="center"/>
            <w:shd w:fill="1A4E5C"/>
          </w:tcPr>
          <w:p>
            <w:pPr>
              <w:spacing w:after="0"/>
            </w:pPr>
            <w:r>
              <w:rPr>
                <w:rFonts w:ascii="Arial" w:hAnsi="Arial"/>
                <w:b/>
                <w:color w:val="FFFFFF"/>
                <w:sz w:val="17"/>
              </w:rPr>
              <w:t>Blijft in woning</w:t>
            </w:r>
          </w:p>
        </w:tc>
        <w:tc>
          <w:tcPr>
            <w:tcW w:type="dxa" w:w="2880"/>
            <w:tcMar>
              <w:top w:w="90" w:type="dxa"/>
              <w:start w:w="100" w:type="dxa"/>
              <w:bottom w:w="90" w:type="dxa"/>
              <w:end w:w="100" w:type="dxa"/>
            </w:tcMar>
            <w:vAlign w:val="center"/>
            <w:shd w:fill="1A4E5C"/>
          </w:tcPr>
          <w:p>
            <w:pPr>
              <w:spacing w:after="0"/>
            </w:pPr>
            <w:r>
              <w:rPr>
                <w:rFonts w:ascii="Arial" w:hAnsi="Arial"/>
                <w:b/>
                <w:color w:val="FFFFFF"/>
                <w:sz w:val="17"/>
              </w:rPr>
              <w:t>Opmerking</w:t>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bl>
    <w:tbl>
      <w:tblPr>
        <w:tblW w:type="auto" w:w="0"/>
        <w:jc w:val="center"/>
        <w:tblLook w:firstColumn="1" w:firstRow="1" w:lastColumn="0" w:lastRow="0" w:noHBand="0" w:noVBand="1" w:val="04A0"/>
      </w:tblPr>
      <w:tblGrid>
        <w:gridCol w:w="5184"/>
        <w:gridCol w:w="5184"/>
      </w:tblGrid>
      <w:tr>
        <w:tc>
          <w:tcPr>
            <w:tcW w:type="dxa" w:w="5184"/>
            <w:tcMar>
              <w:top w:w="80" w:type="dxa"/>
              <w:start w:w="100" w:type="dxa"/>
              <w:bottom w:w="80" w:type="dxa"/>
              <w:end w:w="100" w:type="dxa"/>
            </w:tcMar>
          </w:tcPr>
          <w:p>
            <w:r>
              <w:rPr>
                <w:rFonts w:ascii="Arial" w:hAnsi="Arial"/>
                <w:sz w:val="17"/>
              </w:rPr>
              <w:t>☐ Vloerbedekking / stoffering verwijderen</w:t>
            </w:r>
          </w:p>
        </w:tc>
        <w:tc>
          <w:tcPr>
            <w:tcW w:type="dxa" w:w="5184"/>
            <w:tcMar>
              <w:top w:w="80" w:type="dxa"/>
              <w:start w:w="100" w:type="dxa"/>
              <w:bottom w:w="80" w:type="dxa"/>
              <w:end w:w="100" w:type="dxa"/>
            </w:tcMar>
          </w:tcPr>
          <w:p>
            <w:r>
              <w:rPr>
                <w:rFonts w:ascii="Arial" w:hAnsi="Arial"/>
                <w:sz w:val="17"/>
              </w:rPr>
              <w:t>☐ Wanddecoratie / spiegels verwijderen</w:t>
            </w:r>
          </w:p>
        </w:tc>
      </w:tr>
      <w:tr>
        <w:tc>
          <w:tcPr>
            <w:tcW w:type="dxa" w:w="5184"/>
            <w:tcMar>
              <w:top w:w="80" w:type="dxa"/>
              <w:start w:w="100" w:type="dxa"/>
              <w:bottom w:w="80" w:type="dxa"/>
              <w:end w:w="100" w:type="dxa"/>
            </w:tcMar>
          </w:tcPr>
          <w:p>
            <w:r>
              <w:rPr>
                <w:rFonts w:ascii="Arial" w:hAnsi="Arial"/>
                <w:sz w:val="17"/>
              </w:rPr>
              <w:t>☐ Vloerbedekking / stoffering laten liggen</w:t>
            </w:r>
          </w:p>
        </w:tc>
        <w:tc>
          <w:tcPr>
            <w:tcW w:type="dxa" w:w="5184"/>
            <w:tcMar>
              <w:top w:w="80" w:type="dxa"/>
              <w:start w:w="100" w:type="dxa"/>
              <w:bottom w:w="80" w:type="dxa"/>
              <w:end w:w="100" w:type="dxa"/>
            </w:tcMar>
          </w:tcPr>
          <w:p>
            <w:r>
              <w:rPr>
                <w:rFonts w:ascii="Arial" w:hAnsi="Arial"/>
                <w:sz w:val="17"/>
              </w:rPr>
              <w:t>☐ Inbouw / vaste kast laten staan</w:t>
            </w:r>
          </w:p>
        </w:tc>
      </w:tr>
      <w:tr>
        <w:tc>
          <w:tcPr>
            <w:tcW w:type="dxa" w:w="5184"/>
            <w:tcMar>
              <w:top w:w="80" w:type="dxa"/>
              <w:start w:w="100" w:type="dxa"/>
              <w:bottom w:w="80" w:type="dxa"/>
              <w:end w:w="100" w:type="dxa"/>
            </w:tcMar>
          </w:tcPr>
          <w:p>
            <w:r>
              <w:rPr>
                <w:rFonts w:ascii="Arial" w:hAnsi="Arial"/>
                <w:sz w:val="17"/>
              </w:rPr>
              <w:t>☐ Gordijnen / rails verwijderen</w:t>
            </w:r>
          </w:p>
        </w:tc>
        <w:tc>
          <w:tcPr>
            <w:tcW w:type="dxa" w:w="5184"/>
            <w:tcMar>
              <w:top w:w="80" w:type="dxa"/>
              <w:start w:w="100" w:type="dxa"/>
              <w:bottom w:w="80" w:type="dxa"/>
              <w:end w:w="100" w:type="dxa"/>
            </w:tcMar>
          </w:tcPr>
          <w:p>
            <w:r>
              <w:rPr>
                <w:rFonts w:ascii="Arial" w:hAnsi="Arial"/>
                <w:sz w:val="17"/>
              </w:rPr>
              <w:t>☐ Gaten / schroeven: geen herstel nodig</w:t>
            </w:r>
          </w:p>
        </w:tc>
      </w:tr>
      <w:tr>
        <w:tc>
          <w:tcPr>
            <w:tcW w:type="dxa" w:w="5184"/>
            <w:tcMar>
              <w:top w:w="80" w:type="dxa"/>
              <w:start w:w="100" w:type="dxa"/>
              <w:bottom w:w="80" w:type="dxa"/>
              <w:end w:w="100" w:type="dxa"/>
            </w:tcMar>
          </w:tcPr>
          <w:p>
            <w:r>
              <w:rPr>
                <w:rFonts w:ascii="Arial" w:hAnsi="Arial"/>
                <w:sz w:val="17"/>
              </w:rPr>
              <w:t>☐ Lampen / armaturen verwijderen</w:t>
            </w:r>
          </w:p>
        </w:tc>
        <w:tc>
          <w:tcPr>
            <w:tcW w:type="dxa" w:w="5184"/>
            <w:tcMar>
              <w:top w:w="80" w:type="dxa"/>
              <w:start w:w="100" w:type="dxa"/>
              <w:bottom w:w="80" w:type="dxa"/>
              <w:end w:w="100" w:type="dxa"/>
            </w:tcMar>
          </w:tcPr>
          <w:p>
            <w:r>
              <w:rPr>
                <w:rFonts w:ascii="Arial" w:hAnsi="Arial"/>
                <w:sz w:val="17"/>
              </w:rPr>
              <w:t>☐ Bijzonderheden genoteerd / gefotografeerd</w:t>
            </w:r>
          </w:p>
        </w:tc>
      </w:tr>
    </w:tbl>
    <w:p>
      <w:pPr>
        <w:spacing w:after="40"/>
      </w:pPr>
    </w:p>
    <w:p>
      <w:pPr>
        <w:spacing w:before="160" w:after="80"/>
      </w:pPr>
      <w:r>
        <w:rPr>
          <w:rFonts w:ascii="Arial" w:hAnsi="Arial"/>
          <w:b/>
          <w:color w:val="1A4E5C"/>
          <w:sz w:val="24"/>
        </w:rPr>
        <w:t>Slaapkamer 1</w:t>
      </w:r>
    </w:p>
    <w:tbl>
      <w:tblPr>
        <w:tblStyle w:val="TableGrid"/>
        <w:tblW w:type="auto" w:w="0"/>
        <w:jc w:val="center"/>
        <w:tblLook w:firstColumn="1" w:firstRow="1" w:lastColumn="0" w:lastRow="0" w:noHBand="0" w:noVBand="1" w:val="04A0"/>
      </w:tblPr>
      <w:tblGrid>
        <w:gridCol w:w="2074"/>
        <w:gridCol w:w="2074"/>
        <w:gridCol w:w="2074"/>
        <w:gridCol w:w="2074"/>
        <w:gridCol w:w="2074"/>
      </w:tblGrid>
      <w:tr>
        <w:trPr>
          <w:tblHeader w:val="true"/>
        </w:trPr>
        <w:tc>
          <w:tcPr>
            <w:tcW w:type="dxa" w:w="2952"/>
            <w:tcMar>
              <w:top w:w="90" w:type="dxa"/>
              <w:start w:w="100" w:type="dxa"/>
              <w:bottom w:w="90" w:type="dxa"/>
              <w:end w:w="100" w:type="dxa"/>
            </w:tcMar>
            <w:vAlign w:val="center"/>
            <w:shd w:fill="1A4E5C"/>
          </w:tcPr>
          <w:p>
            <w:pPr>
              <w:spacing w:after="0"/>
            </w:pPr>
            <w:r>
              <w:rPr>
                <w:rFonts w:ascii="Arial" w:hAnsi="Arial"/>
                <w:b/>
                <w:color w:val="FFFFFF"/>
                <w:sz w:val="17"/>
              </w:rPr>
              <w:t>Onderdeel / voorwerp</w:t>
            </w:r>
          </w:p>
        </w:tc>
        <w:tc>
          <w:tcPr>
            <w:tcW w:type="dxa" w:w="1080"/>
            <w:tcMar>
              <w:top w:w="90" w:type="dxa"/>
              <w:start w:w="100" w:type="dxa"/>
              <w:bottom w:w="90" w:type="dxa"/>
              <w:end w:w="100" w:type="dxa"/>
            </w:tcMar>
            <w:vAlign w:val="center"/>
            <w:shd w:fill="1A4E5C"/>
          </w:tcPr>
          <w:p>
            <w:pPr>
              <w:spacing w:after="0"/>
            </w:pPr>
            <w:r>
              <w:rPr>
                <w:rFonts w:ascii="Arial" w:hAnsi="Arial"/>
                <w:b/>
                <w:color w:val="FFFFFF"/>
                <w:sz w:val="17"/>
              </w:rPr>
              <w:t>Meenemen</w:t>
            </w:r>
          </w:p>
        </w:tc>
        <w:tc>
          <w:tcPr>
            <w:tcW w:type="dxa" w:w="1656"/>
            <w:tcMar>
              <w:top w:w="90" w:type="dxa"/>
              <w:start w:w="100" w:type="dxa"/>
              <w:bottom w:w="90" w:type="dxa"/>
              <w:end w:w="100" w:type="dxa"/>
            </w:tcMar>
            <w:vAlign w:val="center"/>
            <w:shd w:fill="1A4E5C"/>
          </w:tcPr>
          <w:p>
            <w:pPr>
              <w:spacing w:after="0"/>
            </w:pPr>
            <w:r>
              <w:rPr>
                <w:rFonts w:ascii="Arial" w:hAnsi="Arial"/>
                <w:b/>
                <w:color w:val="FFFFFF"/>
                <w:sz w:val="17"/>
              </w:rPr>
              <w:t>Afvoeren / schenken</w:t>
            </w:r>
          </w:p>
        </w:tc>
        <w:tc>
          <w:tcPr>
            <w:tcW w:type="dxa" w:w="1512"/>
            <w:tcMar>
              <w:top w:w="90" w:type="dxa"/>
              <w:start w:w="100" w:type="dxa"/>
              <w:bottom w:w="90" w:type="dxa"/>
              <w:end w:w="100" w:type="dxa"/>
            </w:tcMar>
            <w:vAlign w:val="center"/>
            <w:shd w:fill="1A4E5C"/>
          </w:tcPr>
          <w:p>
            <w:pPr>
              <w:spacing w:after="0"/>
            </w:pPr>
            <w:r>
              <w:rPr>
                <w:rFonts w:ascii="Arial" w:hAnsi="Arial"/>
                <w:b/>
                <w:color w:val="FFFFFF"/>
                <w:sz w:val="17"/>
              </w:rPr>
              <w:t>Blijft in woning</w:t>
            </w:r>
          </w:p>
        </w:tc>
        <w:tc>
          <w:tcPr>
            <w:tcW w:type="dxa" w:w="2880"/>
            <w:tcMar>
              <w:top w:w="90" w:type="dxa"/>
              <w:start w:w="100" w:type="dxa"/>
              <w:bottom w:w="90" w:type="dxa"/>
              <w:end w:w="100" w:type="dxa"/>
            </w:tcMar>
            <w:vAlign w:val="center"/>
            <w:shd w:fill="1A4E5C"/>
          </w:tcPr>
          <w:p>
            <w:pPr>
              <w:spacing w:after="0"/>
            </w:pPr>
            <w:r>
              <w:rPr>
                <w:rFonts w:ascii="Arial" w:hAnsi="Arial"/>
                <w:b/>
                <w:color w:val="FFFFFF"/>
                <w:sz w:val="17"/>
              </w:rPr>
              <w:t>Opmerking</w:t>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bl>
    <w:tbl>
      <w:tblPr>
        <w:tblW w:type="auto" w:w="0"/>
        <w:jc w:val="center"/>
        <w:tblLook w:firstColumn="1" w:firstRow="1" w:lastColumn="0" w:lastRow="0" w:noHBand="0" w:noVBand="1" w:val="04A0"/>
      </w:tblPr>
      <w:tblGrid>
        <w:gridCol w:w="5184"/>
        <w:gridCol w:w="5184"/>
      </w:tblGrid>
      <w:tr>
        <w:tc>
          <w:tcPr>
            <w:tcW w:type="dxa" w:w="5184"/>
            <w:tcMar>
              <w:top w:w="80" w:type="dxa"/>
              <w:start w:w="100" w:type="dxa"/>
              <w:bottom w:w="80" w:type="dxa"/>
              <w:end w:w="100" w:type="dxa"/>
            </w:tcMar>
          </w:tcPr>
          <w:p>
            <w:r>
              <w:rPr>
                <w:rFonts w:ascii="Arial" w:hAnsi="Arial"/>
                <w:sz w:val="17"/>
              </w:rPr>
              <w:t>☐ Vloerbedekking / stoffering verwijderen</w:t>
            </w:r>
          </w:p>
        </w:tc>
        <w:tc>
          <w:tcPr>
            <w:tcW w:type="dxa" w:w="5184"/>
            <w:tcMar>
              <w:top w:w="80" w:type="dxa"/>
              <w:start w:w="100" w:type="dxa"/>
              <w:bottom w:w="80" w:type="dxa"/>
              <w:end w:w="100" w:type="dxa"/>
            </w:tcMar>
          </w:tcPr>
          <w:p>
            <w:r>
              <w:rPr>
                <w:rFonts w:ascii="Arial" w:hAnsi="Arial"/>
                <w:sz w:val="17"/>
              </w:rPr>
              <w:t>☐ Wanddecoratie / spiegels verwijderen</w:t>
            </w:r>
          </w:p>
        </w:tc>
      </w:tr>
      <w:tr>
        <w:tc>
          <w:tcPr>
            <w:tcW w:type="dxa" w:w="5184"/>
            <w:tcMar>
              <w:top w:w="80" w:type="dxa"/>
              <w:start w:w="100" w:type="dxa"/>
              <w:bottom w:w="80" w:type="dxa"/>
              <w:end w:w="100" w:type="dxa"/>
            </w:tcMar>
          </w:tcPr>
          <w:p>
            <w:r>
              <w:rPr>
                <w:rFonts w:ascii="Arial" w:hAnsi="Arial"/>
                <w:sz w:val="17"/>
              </w:rPr>
              <w:t>☐ Vloerbedekking / stoffering laten liggen</w:t>
            </w:r>
          </w:p>
        </w:tc>
        <w:tc>
          <w:tcPr>
            <w:tcW w:type="dxa" w:w="5184"/>
            <w:tcMar>
              <w:top w:w="80" w:type="dxa"/>
              <w:start w:w="100" w:type="dxa"/>
              <w:bottom w:w="80" w:type="dxa"/>
              <w:end w:w="100" w:type="dxa"/>
            </w:tcMar>
          </w:tcPr>
          <w:p>
            <w:r>
              <w:rPr>
                <w:rFonts w:ascii="Arial" w:hAnsi="Arial"/>
                <w:sz w:val="17"/>
              </w:rPr>
              <w:t>☐ Inbouw / vaste kast laten staan</w:t>
            </w:r>
          </w:p>
        </w:tc>
      </w:tr>
      <w:tr>
        <w:tc>
          <w:tcPr>
            <w:tcW w:type="dxa" w:w="5184"/>
            <w:tcMar>
              <w:top w:w="80" w:type="dxa"/>
              <w:start w:w="100" w:type="dxa"/>
              <w:bottom w:w="80" w:type="dxa"/>
              <w:end w:w="100" w:type="dxa"/>
            </w:tcMar>
          </w:tcPr>
          <w:p>
            <w:r>
              <w:rPr>
                <w:rFonts w:ascii="Arial" w:hAnsi="Arial"/>
                <w:sz w:val="17"/>
              </w:rPr>
              <w:t>☐ Gordijnen / rails verwijderen</w:t>
            </w:r>
          </w:p>
        </w:tc>
        <w:tc>
          <w:tcPr>
            <w:tcW w:type="dxa" w:w="5184"/>
            <w:tcMar>
              <w:top w:w="80" w:type="dxa"/>
              <w:start w:w="100" w:type="dxa"/>
              <w:bottom w:w="80" w:type="dxa"/>
              <w:end w:w="100" w:type="dxa"/>
            </w:tcMar>
          </w:tcPr>
          <w:p>
            <w:r>
              <w:rPr>
                <w:rFonts w:ascii="Arial" w:hAnsi="Arial"/>
                <w:sz w:val="17"/>
              </w:rPr>
              <w:t>☐ Gaten / schroeven: geen herstel nodig</w:t>
            </w:r>
          </w:p>
        </w:tc>
      </w:tr>
      <w:tr>
        <w:tc>
          <w:tcPr>
            <w:tcW w:type="dxa" w:w="5184"/>
            <w:tcMar>
              <w:top w:w="80" w:type="dxa"/>
              <w:start w:w="100" w:type="dxa"/>
              <w:bottom w:w="80" w:type="dxa"/>
              <w:end w:w="100" w:type="dxa"/>
            </w:tcMar>
          </w:tcPr>
          <w:p>
            <w:r>
              <w:rPr>
                <w:rFonts w:ascii="Arial" w:hAnsi="Arial"/>
                <w:sz w:val="17"/>
              </w:rPr>
              <w:t>☐ Lampen / armaturen verwijderen</w:t>
            </w:r>
          </w:p>
        </w:tc>
        <w:tc>
          <w:tcPr>
            <w:tcW w:type="dxa" w:w="5184"/>
            <w:tcMar>
              <w:top w:w="80" w:type="dxa"/>
              <w:start w:w="100" w:type="dxa"/>
              <w:bottom w:w="80" w:type="dxa"/>
              <w:end w:w="100" w:type="dxa"/>
            </w:tcMar>
          </w:tcPr>
          <w:p>
            <w:r>
              <w:rPr>
                <w:rFonts w:ascii="Arial" w:hAnsi="Arial"/>
                <w:sz w:val="17"/>
              </w:rPr>
              <w:t>☐ Bijzonderheden genoteerd / gefotografeerd</w:t>
            </w:r>
          </w:p>
        </w:tc>
      </w:tr>
    </w:tbl>
    <w:p>
      <w:pPr>
        <w:spacing w:after="40"/>
      </w:pPr>
    </w:p>
    <w:p>
      <w:r>
        <w:br w:type="page"/>
      </w:r>
    </w:p>
    <w:p>
      <w:pPr>
        <w:spacing w:before="160" w:after="80"/>
      </w:pPr>
      <w:r>
        <w:rPr>
          <w:rFonts w:ascii="Arial" w:hAnsi="Arial"/>
          <w:b/>
          <w:color w:val="1A4E5C"/>
          <w:sz w:val="24"/>
        </w:rPr>
        <w:t>Slaapkamer 2</w:t>
      </w:r>
    </w:p>
    <w:tbl>
      <w:tblPr>
        <w:tblStyle w:val="TableGrid"/>
        <w:tblW w:type="auto" w:w="0"/>
        <w:jc w:val="center"/>
        <w:tblLook w:firstColumn="1" w:firstRow="1" w:lastColumn="0" w:lastRow="0" w:noHBand="0" w:noVBand="1" w:val="04A0"/>
      </w:tblPr>
      <w:tblGrid>
        <w:gridCol w:w="2074"/>
        <w:gridCol w:w="2074"/>
        <w:gridCol w:w="2074"/>
        <w:gridCol w:w="2074"/>
        <w:gridCol w:w="2074"/>
      </w:tblGrid>
      <w:tr>
        <w:trPr>
          <w:tblHeader w:val="true"/>
        </w:trPr>
        <w:tc>
          <w:tcPr>
            <w:tcW w:type="dxa" w:w="2952"/>
            <w:tcMar>
              <w:top w:w="90" w:type="dxa"/>
              <w:start w:w="100" w:type="dxa"/>
              <w:bottom w:w="90" w:type="dxa"/>
              <w:end w:w="100" w:type="dxa"/>
            </w:tcMar>
            <w:vAlign w:val="center"/>
            <w:shd w:fill="1A4E5C"/>
          </w:tcPr>
          <w:p>
            <w:pPr>
              <w:spacing w:after="0"/>
            </w:pPr>
            <w:r>
              <w:rPr>
                <w:rFonts w:ascii="Arial" w:hAnsi="Arial"/>
                <w:b/>
                <w:color w:val="FFFFFF"/>
                <w:sz w:val="17"/>
              </w:rPr>
              <w:t>Onderdeel / voorwerp</w:t>
            </w:r>
          </w:p>
        </w:tc>
        <w:tc>
          <w:tcPr>
            <w:tcW w:type="dxa" w:w="1080"/>
            <w:tcMar>
              <w:top w:w="90" w:type="dxa"/>
              <w:start w:w="100" w:type="dxa"/>
              <w:bottom w:w="90" w:type="dxa"/>
              <w:end w:w="100" w:type="dxa"/>
            </w:tcMar>
            <w:vAlign w:val="center"/>
            <w:shd w:fill="1A4E5C"/>
          </w:tcPr>
          <w:p>
            <w:pPr>
              <w:spacing w:after="0"/>
            </w:pPr>
            <w:r>
              <w:rPr>
                <w:rFonts w:ascii="Arial" w:hAnsi="Arial"/>
                <w:b/>
                <w:color w:val="FFFFFF"/>
                <w:sz w:val="17"/>
              </w:rPr>
              <w:t>Meenemen</w:t>
            </w:r>
          </w:p>
        </w:tc>
        <w:tc>
          <w:tcPr>
            <w:tcW w:type="dxa" w:w="1656"/>
            <w:tcMar>
              <w:top w:w="90" w:type="dxa"/>
              <w:start w:w="100" w:type="dxa"/>
              <w:bottom w:w="90" w:type="dxa"/>
              <w:end w:w="100" w:type="dxa"/>
            </w:tcMar>
            <w:vAlign w:val="center"/>
            <w:shd w:fill="1A4E5C"/>
          </w:tcPr>
          <w:p>
            <w:pPr>
              <w:spacing w:after="0"/>
            </w:pPr>
            <w:r>
              <w:rPr>
                <w:rFonts w:ascii="Arial" w:hAnsi="Arial"/>
                <w:b/>
                <w:color w:val="FFFFFF"/>
                <w:sz w:val="17"/>
              </w:rPr>
              <w:t>Afvoeren / schenken</w:t>
            </w:r>
          </w:p>
        </w:tc>
        <w:tc>
          <w:tcPr>
            <w:tcW w:type="dxa" w:w="1512"/>
            <w:tcMar>
              <w:top w:w="90" w:type="dxa"/>
              <w:start w:w="100" w:type="dxa"/>
              <w:bottom w:w="90" w:type="dxa"/>
              <w:end w:w="100" w:type="dxa"/>
            </w:tcMar>
            <w:vAlign w:val="center"/>
            <w:shd w:fill="1A4E5C"/>
          </w:tcPr>
          <w:p>
            <w:pPr>
              <w:spacing w:after="0"/>
            </w:pPr>
            <w:r>
              <w:rPr>
                <w:rFonts w:ascii="Arial" w:hAnsi="Arial"/>
                <w:b/>
                <w:color w:val="FFFFFF"/>
                <w:sz w:val="17"/>
              </w:rPr>
              <w:t>Blijft in woning</w:t>
            </w:r>
          </w:p>
        </w:tc>
        <w:tc>
          <w:tcPr>
            <w:tcW w:type="dxa" w:w="2880"/>
            <w:tcMar>
              <w:top w:w="90" w:type="dxa"/>
              <w:start w:w="100" w:type="dxa"/>
              <w:bottom w:w="90" w:type="dxa"/>
              <w:end w:w="100" w:type="dxa"/>
            </w:tcMar>
            <w:vAlign w:val="center"/>
            <w:shd w:fill="1A4E5C"/>
          </w:tcPr>
          <w:p>
            <w:pPr>
              <w:spacing w:after="0"/>
            </w:pPr>
            <w:r>
              <w:rPr>
                <w:rFonts w:ascii="Arial" w:hAnsi="Arial"/>
                <w:b/>
                <w:color w:val="FFFFFF"/>
                <w:sz w:val="17"/>
              </w:rPr>
              <w:t>Opmerking</w:t>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bl>
    <w:tbl>
      <w:tblPr>
        <w:tblW w:type="auto" w:w="0"/>
        <w:jc w:val="center"/>
        <w:tblLook w:firstColumn="1" w:firstRow="1" w:lastColumn="0" w:lastRow="0" w:noHBand="0" w:noVBand="1" w:val="04A0"/>
      </w:tblPr>
      <w:tblGrid>
        <w:gridCol w:w="5184"/>
        <w:gridCol w:w="5184"/>
      </w:tblGrid>
      <w:tr>
        <w:tc>
          <w:tcPr>
            <w:tcW w:type="dxa" w:w="5184"/>
            <w:tcMar>
              <w:top w:w="80" w:type="dxa"/>
              <w:start w:w="100" w:type="dxa"/>
              <w:bottom w:w="80" w:type="dxa"/>
              <w:end w:w="100" w:type="dxa"/>
            </w:tcMar>
          </w:tcPr>
          <w:p>
            <w:r>
              <w:rPr>
                <w:rFonts w:ascii="Arial" w:hAnsi="Arial"/>
                <w:sz w:val="17"/>
              </w:rPr>
              <w:t>☐ Vloerbedekking / stoffering verwijderen</w:t>
            </w:r>
          </w:p>
        </w:tc>
        <w:tc>
          <w:tcPr>
            <w:tcW w:type="dxa" w:w="5184"/>
            <w:tcMar>
              <w:top w:w="80" w:type="dxa"/>
              <w:start w:w="100" w:type="dxa"/>
              <w:bottom w:w="80" w:type="dxa"/>
              <w:end w:w="100" w:type="dxa"/>
            </w:tcMar>
          </w:tcPr>
          <w:p>
            <w:r>
              <w:rPr>
                <w:rFonts w:ascii="Arial" w:hAnsi="Arial"/>
                <w:sz w:val="17"/>
              </w:rPr>
              <w:t>☐ Wanddecoratie / spiegels verwijderen</w:t>
            </w:r>
          </w:p>
        </w:tc>
      </w:tr>
      <w:tr>
        <w:tc>
          <w:tcPr>
            <w:tcW w:type="dxa" w:w="5184"/>
            <w:tcMar>
              <w:top w:w="80" w:type="dxa"/>
              <w:start w:w="100" w:type="dxa"/>
              <w:bottom w:w="80" w:type="dxa"/>
              <w:end w:w="100" w:type="dxa"/>
            </w:tcMar>
          </w:tcPr>
          <w:p>
            <w:r>
              <w:rPr>
                <w:rFonts w:ascii="Arial" w:hAnsi="Arial"/>
                <w:sz w:val="17"/>
              </w:rPr>
              <w:t>☐ Vloerbedekking / stoffering laten liggen</w:t>
            </w:r>
          </w:p>
        </w:tc>
        <w:tc>
          <w:tcPr>
            <w:tcW w:type="dxa" w:w="5184"/>
            <w:tcMar>
              <w:top w:w="80" w:type="dxa"/>
              <w:start w:w="100" w:type="dxa"/>
              <w:bottom w:w="80" w:type="dxa"/>
              <w:end w:w="100" w:type="dxa"/>
            </w:tcMar>
          </w:tcPr>
          <w:p>
            <w:r>
              <w:rPr>
                <w:rFonts w:ascii="Arial" w:hAnsi="Arial"/>
                <w:sz w:val="17"/>
              </w:rPr>
              <w:t>☐ Inbouw / vaste kast laten staan</w:t>
            </w:r>
          </w:p>
        </w:tc>
      </w:tr>
      <w:tr>
        <w:tc>
          <w:tcPr>
            <w:tcW w:type="dxa" w:w="5184"/>
            <w:tcMar>
              <w:top w:w="80" w:type="dxa"/>
              <w:start w:w="100" w:type="dxa"/>
              <w:bottom w:w="80" w:type="dxa"/>
              <w:end w:w="100" w:type="dxa"/>
            </w:tcMar>
          </w:tcPr>
          <w:p>
            <w:r>
              <w:rPr>
                <w:rFonts w:ascii="Arial" w:hAnsi="Arial"/>
                <w:sz w:val="17"/>
              </w:rPr>
              <w:t>☐ Gordijnen / rails verwijderen</w:t>
            </w:r>
          </w:p>
        </w:tc>
        <w:tc>
          <w:tcPr>
            <w:tcW w:type="dxa" w:w="5184"/>
            <w:tcMar>
              <w:top w:w="80" w:type="dxa"/>
              <w:start w:w="100" w:type="dxa"/>
              <w:bottom w:w="80" w:type="dxa"/>
              <w:end w:w="100" w:type="dxa"/>
            </w:tcMar>
          </w:tcPr>
          <w:p>
            <w:r>
              <w:rPr>
                <w:rFonts w:ascii="Arial" w:hAnsi="Arial"/>
                <w:sz w:val="17"/>
              </w:rPr>
              <w:t>☐ Gaten / schroeven: geen herstel nodig</w:t>
            </w:r>
          </w:p>
        </w:tc>
      </w:tr>
      <w:tr>
        <w:tc>
          <w:tcPr>
            <w:tcW w:type="dxa" w:w="5184"/>
            <w:tcMar>
              <w:top w:w="80" w:type="dxa"/>
              <w:start w:w="100" w:type="dxa"/>
              <w:bottom w:w="80" w:type="dxa"/>
              <w:end w:w="100" w:type="dxa"/>
            </w:tcMar>
          </w:tcPr>
          <w:p>
            <w:r>
              <w:rPr>
                <w:rFonts w:ascii="Arial" w:hAnsi="Arial"/>
                <w:sz w:val="17"/>
              </w:rPr>
              <w:t>☐ Lampen / armaturen verwijderen</w:t>
            </w:r>
          </w:p>
        </w:tc>
        <w:tc>
          <w:tcPr>
            <w:tcW w:type="dxa" w:w="5184"/>
            <w:tcMar>
              <w:top w:w="80" w:type="dxa"/>
              <w:start w:w="100" w:type="dxa"/>
              <w:bottom w:w="80" w:type="dxa"/>
              <w:end w:w="100" w:type="dxa"/>
            </w:tcMar>
          </w:tcPr>
          <w:p>
            <w:r>
              <w:rPr>
                <w:rFonts w:ascii="Arial" w:hAnsi="Arial"/>
                <w:sz w:val="17"/>
              </w:rPr>
              <w:t>☐ Bijzonderheden genoteerd / gefotografeerd</w:t>
            </w:r>
          </w:p>
        </w:tc>
      </w:tr>
    </w:tbl>
    <w:p>
      <w:pPr>
        <w:spacing w:after="40"/>
      </w:pPr>
    </w:p>
    <w:p>
      <w:pPr>
        <w:spacing w:before="160" w:after="80"/>
      </w:pPr>
      <w:r>
        <w:rPr>
          <w:rFonts w:ascii="Arial" w:hAnsi="Arial"/>
          <w:b/>
          <w:color w:val="1A4E5C"/>
          <w:sz w:val="24"/>
        </w:rPr>
        <w:t>Slaapkamer 3 / werkkamer</w:t>
      </w:r>
    </w:p>
    <w:tbl>
      <w:tblPr>
        <w:tblStyle w:val="TableGrid"/>
        <w:tblW w:type="auto" w:w="0"/>
        <w:jc w:val="center"/>
        <w:tblLook w:firstColumn="1" w:firstRow="1" w:lastColumn="0" w:lastRow="0" w:noHBand="0" w:noVBand="1" w:val="04A0"/>
      </w:tblPr>
      <w:tblGrid>
        <w:gridCol w:w="2074"/>
        <w:gridCol w:w="2074"/>
        <w:gridCol w:w="2074"/>
        <w:gridCol w:w="2074"/>
        <w:gridCol w:w="2074"/>
      </w:tblGrid>
      <w:tr>
        <w:trPr>
          <w:tblHeader w:val="true"/>
        </w:trPr>
        <w:tc>
          <w:tcPr>
            <w:tcW w:type="dxa" w:w="2952"/>
            <w:tcMar>
              <w:top w:w="90" w:type="dxa"/>
              <w:start w:w="100" w:type="dxa"/>
              <w:bottom w:w="90" w:type="dxa"/>
              <w:end w:w="100" w:type="dxa"/>
            </w:tcMar>
            <w:vAlign w:val="center"/>
            <w:shd w:fill="1A4E5C"/>
          </w:tcPr>
          <w:p>
            <w:pPr>
              <w:spacing w:after="0"/>
            </w:pPr>
            <w:r>
              <w:rPr>
                <w:rFonts w:ascii="Arial" w:hAnsi="Arial"/>
                <w:b/>
                <w:color w:val="FFFFFF"/>
                <w:sz w:val="17"/>
              </w:rPr>
              <w:t>Onderdeel / voorwerp</w:t>
            </w:r>
          </w:p>
        </w:tc>
        <w:tc>
          <w:tcPr>
            <w:tcW w:type="dxa" w:w="1080"/>
            <w:tcMar>
              <w:top w:w="90" w:type="dxa"/>
              <w:start w:w="100" w:type="dxa"/>
              <w:bottom w:w="90" w:type="dxa"/>
              <w:end w:w="100" w:type="dxa"/>
            </w:tcMar>
            <w:vAlign w:val="center"/>
            <w:shd w:fill="1A4E5C"/>
          </w:tcPr>
          <w:p>
            <w:pPr>
              <w:spacing w:after="0"/>
            </w:pPr>
            <w:r>
              <w:rPr>
                <w:rFonts w:ascii="Arial" w:hAnsi="Arial"/>
                <w:b/>
                <w:color w:val="FFFFFF"/>
                <w:sz w:val="17"/>
              </w:rPr>
              <w:t>Meenemen</w:t>
            </w:r>
          </w:p>
        </w:tc>
        <w:tc>
          <w:tcPr>
            <w:tcW w:type="dxa" w:w="1656"/>
            <w:tcMar>
              <w:top w:w="90" w:type="dxa"/>
              <w:start w:w="100" w:type="dxa"/>
              <w:bottom w:w="90" w:type="dxa"/>
              <w:end w:w="100" w:type="dxa"/>
            </w:tcMar>
            <w:vAlign w:val="center"/>
            <w:shd w:fill="1A4E5C"/>
          </w:tcPr>
          <w:p>
            <w:pPr>
              <w:spacing w:after="0"/>
            </w:pPr>
            <w:r>
              <w:rPr>
                <w:rFonts w:ascii="Arial" w:hAnsi="Arial"/>
                <w:b/>
                <w:color w:val="FFFFFF"/>
                <w:sz w:val="17"/>
              </w:rPr>
              <w:t>Afvoeren / schenken</w:t>
            </w:r>
          </w:p>
        </w:tc>
        <w:tc>
          <w:tcPr>
            <w:tcW w:type="dxa" w:w="1512"/>
            <w:tcMar>
              <w:top w:w="90" w:type="dxa"/>
              <w:start w:w="100" w:type="dxa"/>
              <w:bottom w:w="90" w:type="dxa"/>
              <w:end w:w="100" w:type="dxa"/>
            </w:tcMar>
            <w:vAlign w:val="center"/>
            <w:shd w:fill="1A4E5C"/>
          </w:tcPr>
          <w:p>
            <w:pPr>
              <w:spacing w:after="0"/>
            </w:pPr>
            <w:r>
              <w:rPr>
                <w:rFonts w:ascii="Arial" w:hAnsi="Arial"/>
                <w:b/>
                <w:color w:val="FFFFFF"/>
                <w:sz w:val="17"/>
              </w:rPr>
              <w:t>Blijft in woning</w:t>
            </w:r>
          </w:p>
        </w:tc>
        <w:tc>
          <w:tcPr>
            <w:tcW w:type="dxa" w:w="2880"/>
            <w:tcMar>
              <w:top w:w="90" w:type="dxa"/>
              <w:start w:w="100" w:type="dxa"/>
              <w:bottom w:w="90" w:type="dxa"/>
              <w:end w:w="100" w:type="dxa"/>
            </w:tcMar>
            <w:vAlign w:val="center"/>
            <w:shd w:fill="1A4E5C"/>
          </w:tcPr>
          <w:p>
            <w:pPr>
              <w:spacing w:after="0"/>
            </w:pPr>
            <w:r>
              <w:rPr>
                <w:rFonts w:ascii="Arial" w:hAnsi="Arial"/>
                <w:b/>
                <w:color w:val="FFFFFF"/>
                <w:sz w:val="17"/>
              </w:rPr>
              <w:t>Opmerking</w:t>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bl>
    <w:tbl>
      <w:tblPr>
        <w:tblW w:type="auto" w:w="0"/>
        <w:jc w:val="center"/>
        <w:tblLook w:firstColumn="1" w:firstRow="1" w:lastColumn="0" w:lastRow="0" w:noHBand="0" w:noVBand="1" w:val="04A0"/>
      </w:tblPr>
      <w:tblGrid>
        <w:gridCol w:w="5184"/>
        <w:gridCol w:w="5184"/>
      </w:tblGrid>
      <w:tr>
        <w:tc>
          <w:tcPr>
            <w:tcW w:type="dxa" w:w="5184"/>
            <w:tcMar>
              <w:top w:w="80" w:type="dxa"/>
              <w:start w:w="100" w:type="dxa"/>
              <w:bottom w:w="80" w:type="dxa"/>
              <w:end w:w="100" w:type="dxa"/>
            </w:tcMar>
          </w:tcPr>
          <w:p>
            <w:r>
              <w:rPr>
                <w:rFonts w:ascii="Arial" w:hAnsi="Arial"/>
                <w:sz w:val="17"/>
              </w:rPr>
              <w:t>☐ Vloerbedekking / stoffering verwijderen</w:t>
            </w:r>
          </w:p>
        </w:tc>
        <w:tc>
          <w:tcPr>
            <w:tcW w:type="dxa" w:w="5184"/>
            <w:tcMar>
              <w:top w:w="80" w:type="dxa"/>
              <w:start w:w="100" w:type="dxa"/>
              <w:bottom w:w="80" w:type="dxa"/>
              <w:end w:w="100" w:type="dxa"/>
            </w:tcMar>
          </w:tcPr>
          <w:p>
            <w:r>
              <w:rPr>
                <w:rFonts w:ascii="Arial" w:hAnsi="Arial"/>
                <w:sz w:val="17"/>
              </w:rPr>
              <w:t>☐ Wanddecoratie / spiegels verwijderen</w:t>
            </w:r>
          </w:p>
        </w:tc>
      </w:tr>
      <w:tr>
        <w:tc>
          <w:tcPr>
            <w:tcW w:type="dxa" w:w="5184"/>
            <w:tcMar>
              <w:top w:w="80" w:type="dxa"/>
              <w:start w:w="100" w:type="dxa"/>
              <w:bottom w:w="80" w:type="dxa"/>
              <w:end w:w="100" w:type="dxa"/>
            </w:tcMar>
          </w:tcPr>
          <w:p>
            <w:r>
              <w:rPr>
                <w:rFonts w:ascii="Arial" w:hAnsi="Arial"/>
                <w:sz w:val="17"/>
              </w:rPr>
              <w:t>☐ Vloerbedekking / stoffering laten liggen</w:t>
            </w:r>
          </w:p>
        </w:tc>
        <w:tc>
          <w:tcPr>
            <w:tcW w:type="dxa" w:w="5184"/>
            <w:tcMar>
              <w:top w:w="80" w:type="dxa"/>
              <w:start w:w="100" w:type="dxa"/>
              <w:bottom w:w="80" w:type="dxa"/>
              <w:end w:w="100" w:type="dxa"/>
            </w:tcMar>
          </w:tcPr>
          <w:p>
            <w:r>
              <w:rPr>
                <w:rFonts w:ascii="Arial" w:hAnsi="Arial"/>
                <w:sz w:val="17"/>
              </w:rPr>
              <w:t>☐ Inbouw / vaste kast laten staan</w:t>
            </w:r>
          </w:p>
        </w:tc>
      </w:tr>
      <w:tr>
        <w:tc>
          <w:tcPr>
            <w:tcW w:type="dxa" w:w="5184"/>
            <w:tcMar>
              <w:top w:w="80" w:type="dxa"/>
              <w:start w:w="100" w:type="dxa"/>
              <w:bottom w:w="80" w:type="dxa"/>
              <w:end w:w="100" w:type="dxa"/>
            </w:tcMar>
          </w:tcPr>
          <w:p>
            <w:r>
              <w:rPr>
                <w:rFonts w:ascii="Arial" w:hAnsi="Arial"/>
                <w:sz w:val="17"/>
              </w:rPr>
              <w:t>☐ Gordijnen / rails verwijderen</w:t>
            </w:r>
          </w:p>
        </w:tc>
        <w:tc>
          <w:tcPr>
            <w:tcW w:type="dxa" w:w="5184"/>
            <w:tcMar>
              <w:top w:w="80" w:type="dxa"/>
              <w:start w:w="100" w:type="dxa"/>
              <w:bottom w:w="80" w:type="dxa"/>
              <w:end w:w="100" w:type="dxa"/>
            </w:tcMar>
          </w:tcPr>
          <w:p>
            <w:r>
              <w:rPr>
                <w:rFonts w:ascii="Arial" w:hAnsi="Arial"/>
                <w:sz w:val="17"/>
              </w:rPr>
              <w:t>☐ Gaten / schroeven: geen herstel nodig</w:t>
            </w:r>
          </w:p>
        </w:tc>
      </w:tr>
      <w:tr>
        <w:tc>
          <w:tcPr>
            <w:tcW w:type="dxa" w:w="5184"/>
            <w:tcMar>
              <w:top w:w="80" w:type="dxa"/>
              <w:start w:w="100" w:type="dxa"/>
              <w:bottom w:w="80" w:type="dxa"/>
              <w:end w:w="100" w:type="dxa"/>
            </w:tcMar>
          </w:tcPr>
          <w:p>
            <w:r>
              <w:rPr>
                <w:rFonts w:ascii="Arial" w:hAnsi="Arial"/>
                <w:sz w:val="17"/>
              </w:rPr>
              <w:t>☐ Lampen / armaturen verwijderen</w:t>
            </w:r>
          </w:p>
        </w:tc>
        <w:tc>
          <w:tcPr>
            <w:tcW w:type="dxa" w:w="5184"/>
            <w:tcMar>
              <w:top w:w="80" w:type="dxa"/>
              <w:start w:w="100" w:type="dxa"/>
              <w:bottom w:w="80" w:type="dxa"/>
              <w:end w:w="100" w:type="dxa"/>
            </w:tcMar>
          </w:tcPr>
          <w:p>
            <w:r>
              <w:rPr>
                <w:rFonts w:ascii="Arial" w:hAnsi="Arial"/>
                <w:sz w:val="17"/>
              </w:rPr>
              <w:t>☐ Bijzonderheden genoteerd / gefotografeerd</w:t>
            </w:r>
          </w:p>
        </w:tc>
      </w:tr>
    </w:tbl>
    <w:p>
      <w:pPr>
        <w:spacing w:after="40"/>
      </w:pPr>
    </w:p>
    <w:p>
      <w:r>
        <w:br w:type="page"/>
      </w:r>
    </w:p>
    <w:p>
      <w:pPr>
        <w:spacing w:before="160" w:after="80"/>
      </w:pPr>
      <w:r>
        <w:rPr>
          <w:rFonts w:ascii="Arial" w:hAnsi="Arial"/>
          <w:b/>
          <w:color w:val="1A4E5C"/>
          <w:sz w:val="24"/>
        </w:rPr>
        <w:t>Badkamer / toilet</w:t>
      </w:r>
    </w:p>
    <w:tbl>
      <w:tblPr>
        <w:tblStyle w:val="TableGrid"/>
        <w:tblW w:type="auto" w:w="0"/>
        <w:jc w:val="center"/>
        <w:tblLook w:firstColumn="1" w:firstRow="1" w:lastColumn="0" w:lastRow="0" w:noHBand="0" w:noVBand="1" w:val="04A0"/>
      </w:tblPr>
      <w:tblGrid>
        <w:gridCol w:w="2074"/>
        <w:gridCol w:w="2074"/>
        <w:gridCol w:w="2074"/>
        <w:gridCol w:w="2074"/>
        <w:gridCol w:w="2074"/>
      </w:tblGrid>
      <w:tr>
        <w:trPr>
          <w:tblHeader w:val="true"/>
        </w:trPr>
        <w:tc>
          <w:tcPr>
            <w:tcW w:type="dxa" w:w="2952"/>
            <w:tcMar>
              <w:top w:w="90" w:type="dxa"/>
              <w:start w:w="100" w:type="dxa"/>
              <w:bottom w:w="90" w:type="dxa"/>
              <w:end w:w="100" w:type="dxa"/>
            </w:tcMar>
            <w:vAlign w:val="center"/>
            <w:shd w:fill="1A4E5C"/>
          </w:tcPr>
          <w:p>
            <w:pPr>
              <w:spacing w:after="0"/>
            </w:pPr>
            <w:r>
              <w:rPr>
                <w:rFonts w:ascii="Arial" w:hAnsi="Arial"/>
                <w:b/>
                <w:color w:val="FFFFFF"/>
                <w:sz w:val="17"/>
              </w:rPr>
              <w:t>Onderdeel / voorwerp</w:t>
            </w:r>
          </w:p>
        </w:tc>
        <w:tc>
          <w:tcPr>
            <w:tcW w:type="dxa" w:w="1080"/>
            <w:tcMar>
              <w:top w:w="90" w:type="dxa"/>
              <w:start w:w="100" w:type="dxa"/>
              <w:bottom w:w="90" w:type="dxa"/>
              <w:end w:w="100" w:type="dxa"/>
            </w:tcMar>
            <w:vAlign w:val="center"/>
            <w:shd w:fill="1A4E5C"/>
          </w:tcPr>
          <w:p>
            <w:pPr>
              <w:spacing w:after="0"/>
            </w:pPr>
            <w:r>
              <w:rPr>
                <w:rFonts w:ascii="Arial" w:hAnsi="Arial"/>
                <w:b/>
                <w:color w:val="FFFFFF"/>
                <w:sz w:val="17"/>
              </w:rPr>
              <w:t>Meenemen</w:t>
            </w:r>
          </w:p>
        </w:tc>
        <w:tc>
          <w:tcPr>
            <w:tcW w:type="dxa" w:w="1656"/>
            <w:tcMar>
              <w:top w:w="90" w:type="dxa"/>
              <w:start w:w="100" w:type="dxa"/>
              <w:bottom w:w="90" w:type="dxa"/>
              <w:end w:w="100" w:type="dxa"/>
            </w:tcMar>
            <w:vAlign w:val="center"/>
            <w:shd w:fill="1A4E5C"/>
          </w:tcPr>
          <w:p>
            <w:pPr>
              <w:spacing w:after="0"/>
            </w:pPr>
            <w:r>
              <w:rPr>
                <w:rFonts w:ascii="Arial" w:hAnsi="Arial"/>
                <w:b/>
                <w:color w:val="FFFFFF"/>
                <w:sz w:val="17"/>
              </w:rPr>
              <w:t>Afvoeren / schenken</w:t>
            </w:r>
          </w:p>
        </w:tc>
        <w:tc>
          <w:tcPr>
            <w:tcW w:type="dxa" w:w="1512"/>
            <w:tcMar>
              <w:top w:w="90" w:type="dxa"/>
              <w:start w:w="100" w:type="dxa"/>
              <w:bottom w:w="90" w:type="dxa"/>
              <w:end w:w="100" w:type="dxa"/>
            </w:tcMar>
            <w:vAlign w:val="center"/>
            <w:shd w:fill="1A4E5C"/>
          </w:tcPr>
          <w:p>
            <w:pPr>
              <w:spacing w:after="0"/>
            </w:pPr>
            <w:r>
              <w:rPr>
                <w:rFonts w:ascii="Arial" w:hAnsi="Arial"/>
                <w:b/>
                <w:color w:val="FFFFFF"/>
                <w:sz w:val="17"/>
              </w:rPr>
              <w:t>Blijft in woning</w:t>
            </w:r>
          </w:p>
        </w:tc>
        <w:tc>
          <w:tcPr>
            <w:tcW w:type="dxa" w:w="2880"/>
            <w:tcMar>
              <w:top w:w="90" w:type="dxa"/>
              <w:start w:w="100" w:type="dxa"/>
              <w:bottom w:w="90" w:type="dxa"/>
              <w:end w:w="100" w:type="dxa"/>
            </w:tcMar>
            <w:vAlign w:val="center"/>
            <w:shd w:fill="1A4E5C"/>
          </w:tcPr>
          <w:p>
            <w:pPr>
              <w:spacing w:after="0"/>
            </w:pPr>
            <w:r>
              <w:rPr>
                <w:rFonts w:ascii="Arial" w:hAnsi="Arial"/>
                <w:b/>
                <w:color w:val="FFFFFF"/>
                <w:sz w:val="17"/>
              </w:rPr>
              <w:t>Opmerking</w:t>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bl>
    <w:tbl>
      <w:tblPr>
        <w:tblW w:type="auto" w:w="0"/>
        <w:jc w:val="center"/>
        <w:tblLook w:firstColumn="1" w:firstRow="1" w:lastColumn="0" w:lastRow="0" w:noHBand="0" w:noVBand="1" w:val="04A0"/>
      </w:tblPr>
      <w:tblGrid>
        <w:gridCol w:w="5184"/>
        <w:gridCol w:w="5184"/>
      </w:tblGrid>
      <w:tr>
        <w:tc>
          <w:tcPr>
            <w:tcW w:type="dxa" w:w="5184"/>
            <w:tcMar>
              <w:top w:w="80" w:type="dxa"/>
              <w:start w:w="100" w:type="dxa"/>
              <w:bottom w:w="80" w:type="dxa"/>
              <w:end w:w="100" w:type="dxa"/>
            </w:tcMar>
          </w:tcPr>
          <w:p>
            <w:r>
              <w:rPr>
                <w:rFonts w:ascii="Arial" w:hAnsi="Arial"/>
                <w:sz w:val="17"/>
              </w:rPr>
              <w:t>☐ Vloerbedekking / stoffering verwijderen</w:t>
            </w:r>
          </w:p>
        </w:tc>
        <w:tc>
          <w:tcPr>
            <w:tcW w:type="dxa" w:w="5184"/>
            <w:tcMar>
              <w:top w:w="80" w:type="dxa"/>
              <w:start w:w="100" w:type="dxa"/>
              <w:bottom w:w="80" w:type="dxa"/>
              <w:end w:w="100" w:type="dxa"/>
            </w:tcMar>
          </w:tcPr>
          <w:p>
            <w:r>
              <w:rPr>
                <w:rFonts w:ascii="Arial" w:hAnsi="Arial"/>
                <w:sz w:val="17"/>
              </w:rPr>
              <w:t>☐ Wanddecoratie / spiegels verwijderen</w:t>
            </w:r>
          </w:p>
        </w:tc>
      </w:tr>
      <w:tr>
        <w:tc>
          <w:tcPr>
            <w:tcW w:type="dxa" w:w="5184"/>
            <w:tcMar>
              <w:top w:w="80" w:type="dxa"/>
              <w:start w:w="100" w:type="dxa"/>
              <w:bottom w:w="80" w:type="dxa"/>
              <w:end w:w="100" w:type="dxa"/>
            </w:tcMar>
          </w:tcPr>
          <w:p>
            <w:r>
              <w:rPr>
                <w:rFonts w:ascii="Arial" w:hAnsi="Arial"/>
                <w:sz w:val="17"/>
              </w:rPr>
              <w:t>☐ Vloerbedekking / stoffering laten liggen</w:t>
            </w:r>
          </w:p>
        </w:tc>
        <w:tc>
          <w:tcPr>
            <w:tcW w:type="dxa" w:w="5184"/>
            <w:tcMar>
              <w:top w:w="80" w:type="dxa"/>
              <w:start w:w="100" w:type="dxa"/>
              <w:bottom w:w="80" w:type="dxa"/>
              <w:end w:w="100" w:type="dxa"/>
            </w:tcMar>
          </w:tcPr>
          <w:p>
            <w:r>
              <w:rPr>
                <w:rFonts w:ascii="Arial" w:hAnsi="Arial"/>
                <w:sz w:val="17"/>
              </w:rPr>
              <w:t>☐ Inbouw / vaste kast laten staan</w:t>
            </w:r>
          </w:p>
        </w:tc>
      </w:tr>
      <w:tr>
        <w:tc>
          <w:tcPr>
            <w:tcW w:type="dxa" w:w="5184"/>
            <w:tcMar>
              <w:top w:w="80" w:type="dxa"/>
              <w:start w:w="100" w:type="dxa"/>
              <w:bottom w:w="80" w:type="dxa"/>
              <w:end w:w="100" w:type="dxa"/>
            </w:tcMar>
          </w:tcPr>
          <w:p>
            <w:r>
              <w:rPr>
                <w:rFonts w:ascii="Arial" w:hAnsi="Arial"/>
                <w:sz w:val="17"/>
              </w:rPr>
              <w:t>☐ Gordijnen / rails verwijderen</w:t>
            </w:r>
          </w:p>
        </w:tc>
        <w:tc>
          <w:tcPr>
            <w:tcW w:type="dxa" w:w="5184"/>
            <w:tcMar>
              <w:top w:w="80" w:type="dxa"/>
              <w:start w:w="100" w:type="dxa"/>
              <w:bottom w:w="80" w:type="dxa"/>
              <w:end w:w="100" w:type="dxa"/>
            </w:tcMar>
          </w:tcPr>
          <w:p>
            <w:r>
              <w:rPr>
                <w:rFonts w:ascii="Arial" w:hAnsi="Arial"/>
                <w:sz w:val="17"/>
              </w:rPr>
              <w:t>☐ Gaten / schroeven: geen herstel nodig</w:t>
            </w:r>
          </w:p>
        </w:tc>
      </w:tr>
      <w:tr>
        <w:tc>
          <w:tcPr>
            <w:tcW w:type="dxa" w:w="5184"/>
            <w:tcMar>
              <w:top w:w="80" w:type="dxa"/>
              <w:start w:w="100" w:type="dxa"/>
              <w:bottom w:w="80" w:type="dxa"/>
              <w:end w:w="100" w:type="dxa"/>
            </w:tcMar>
          </w:tcPr>
          <w:p>
            <w:r>
              <w:rPr>
                <w:rFonts w:ascii="Arial" w:hAnsi="Arial"/>
                <w:sz w:val="17"/>
              </w:rPr>
              <w:t>☐ Lampen / armaturen verwijderen</w:t>
            </w:r>
          </w:p>
        </w:tc>
        <w:tc>
          <w:tcPr>
            <w:tcW w:type="dxa" w:w="5184"/>
            <w:tcMar>
              <w:top w:w="80" w:type="dxa"/>
              <w:start w:w="100" w:type="dxa"/>
              <w:bottom w:w="80" w:type="dxa"/>
              <w:end w:w="100" w:type="dxa"/>
            </w:tcMar>
          </w:tcPr>
          <w:p>
            <w:r>
              <w:rPr>
                <w:rFonts w:ascii="Arial" w:hAnsi="Arial"/>
                <w:sz w:val="17"/>
              </w:rPr>
              <w:t>☐ Bijzonderheden genoteerd / gefotografeerd</w:t>
            </w:r>
          </w:p>
        </w:tc>
      </w:tr>
    </w:tbl>
    <w:p>
      <w:pPr>
        <w:spacing w:after="40"/>
      </w:pPr>
    </w:p>
    <w:p>
      <w:pPr>
        <w:spacing w:before="160" w:after="80"/>
      </w:pPr>
      <w:r>
        <w:rPr>
          <w:rFonts w:ascii="Arial" w:hAnsi="Arial"/>
          <w:b/>
          <w:color w:val="1A4E5C"/>
          <w:sz w:val="24"/>
        </w:rPr>
        <w:t>Zolder / vliering</w:t>
      </w:r>
    </w:p>
    <w:tbl>
      <w:tblPr>
        <w:tblStyle w:val="TableGrid"/>
        <w:tblW w:type="auto" w:w="0"/>
        <w:jc w:val="center"/>
        <w:tblLook w:firstColumn="1" w:firstRow="1" w:lastColumn="0" w:lastRow="0" w:noHBand="0" w:noVBand="1" w:val="04A0"/>
      </w:tblPr>
      <w:tblGrid>
        <w:gridCol w:w="2074"/>
        <w:gridCol w:w="2074"/>
        <w:gridCol w:w="2074"/>
        <w:gridCol w:w="2074"/>
        <w:gridCol w:w="2074"/>
      </w:tblGrid>
      <w:tr>
        <w:trPr>
          <w:tblHeader w:val="true"/>
        </w:trPr>
        <w:tc>
          <w:tcPr>
            <w:tcW w:type="dxa" w:w="2952"/>
            <w:tcMar>
              <w:top w:w="90" w:type="dxa"/>
              <w:start w:w="100" w:type="dxa"/>
              <w:bottom w:w="90" w:type="dxa"/>
              <w:end w:w="100" w:type="dxa"/>
            </w:tcMar>
            <w:vAlign w:val="center"/>
            <w:shd w:fill="1A4E5C"/>
          </w:tcPr>
          <w:p>
            <w:pPr>
              <w:spacing w:after="0"/>
            </w:pPr>
            <w:r>
              <w:rPr>
                <w:rFonts w:ascii="Arial" w:hAnsi="Arial"/>
                <w:b/>
                <w:color w:val="FFFFFF"/>
                <w:sz w:val="17"/>
              </w:rPr>
              <w:t>Onderdeel / voorwerp</w:t>
            </w:r>
          </w:p>
        </w:tc>
        <w:tc>
          <w:tcPr>
            <w:tcW w:type="dxa" w:w="1080"/>
            <w:tcMar>
              <w:top w:w="90" w:type="dxa"/>
              <w:start w:w="100" w:type="dxa"/>
              <w:bottom w:w="90" w:type="dxa"/>
              <w:end w:w="100" w:type="dxa"/>
            </w:tcMar>
            <w:vAlign w:val="center"/>
            <w:shd w:fill="1A4E5C"/>
          </w:tcPr>
          <w:p>
            <w:pPr>
              <w:spacing w:after="0"/>
            </w:pPr>
            <w:r>
              <w:rPr>
                <w:rFonts w:ascii="Arial" w:hAnsi="Arial"/>
                <w:b/>
                <w:color w:val="FFFFFF"/>
                <w:sz w:val="17"/>
              </w:rPr>
              <w:t>Meenemen</w:t>
            </w:r>
          </w:p>
        </w:tc>
        <w:tc>
          <w:tcPr>
            <w:tcW w:type="dxa" w:w="1656"/>
            <w:tcMar>
              <w:top w:w="90" w:type="dxa"/>
              <w:start w:w="100" w:type="dxa"/>
              <w:bottom w:w="90" w:type="dxa"/>
              <w:end w:w="100" w:type="dxa"/>
            </w:tcMar>
            <w:vAlign w:val="center"/>
            <w:shd w:fill="1A4E5C"/>
          </w:tcPr>
          <w:p>
            <w:pPr>
              <w:spacing w:after="0"/>
            </w:pPr>
            <w:r>
              <w:rPr>
                <w:rFonts w:ascii="Arial" w:hAnsi="Arial"/>
                <w:b/>
                <w:color w:val="FFFFFF"/>
                <w:sz w:val="17"/>
              </w:rPr>
              <w:t>Afvoeren / schenken</w:t>
            </w:r>
          </w:p>
        </w:tc>
        <w:tc>
          <w:tcPr>
            <w:tcW w:type="dxa" w:w="1512"/>
            <w:tcMar>
              <w:top w:w="90" w:type="dxa"/>
              <w:start w:w="100" w:type="dxa"/>
              <w:bottom w:w="90" w:type="dxa"/>
              <w:end w:w="100" w:type="dxa"/>
            </w:tcMar>
            <w:vAlign w:val="center"/>
            <w:shd w:fill="1A4E5C"/>
          </w:tcPr>
          <w:p>
            <w:pPr>
              <w:spacing w:after="0"/>
            </w:pPr>
            <w:r>
              <w:rPr>
                <w:rFonts w:ascii="Arial" w:hAnsi="Arial"/>
                <w:b/>
                <w:color w:val="FFFFFF"/>
                <w:sz w:val="17"/>
              </w:rPr>
              <w:t>Blijft in woning</w:t>
            </w:r>
          </w:p>
        </w:tc>
        <w:tc>
          <w:tcPr>
            <w:tcW w:type="dxa" w:w="2880"/>
            <w:tcMar>
              <w:top w:w="90" w:type="dxa"/>
              <w:start w:w="100" w:type="dxa"/>
              <w:bottom w:w="90" w:type="dxa"/>
              <w:end w:w="100" w:type="dxa"/>
            </w:tcMar>
            <w:vAlign w:val="center"/>
            <w:shd w:fill="1A4E5C"/>
          </w:tcPr>
          <w:p>
            <w:pPr>
              <w:spacing w:after="0"/>
            </w:pPr>
            <w:r>
              <w:rPr>
                <w:rFonts w:ascii="Arial" w:hAnsi="Arial"/>
                <w:b/>
                <w:color w:val="FFFFFF"/>
                <w:sz w:val="17"/>
              </w:rPr>
              <w:t>Opmerking</w:t>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bl>
    <w:tbl>
      <w:tblPr>
        <w:tblW w:type="auto" w:w="0"/>
        <w:jc w:val="center"/>
        <w:tblLook w:firstColumn="1" w:firstRow="1" w:lastColumn="0" w:lastRow="0" w:noHBand="0" w:noVBand="1" w:val="04A0"/>
      </w:tblPr>
      <w:tblGrid>
        <w:gridCol w:w="5184"/>
        <w:gridCol w:w="5184"/>
      </w:tblGrid>
      <w:tr>
        <w:tc>
          <w:tcPr>
            <w:tcW w:type="dxa" w:w="5184"/>
            <w:tcMar>
              <w:top w:w="80" w:type="dxa"/>
              <w:start w:w="100" w:type="dxa"/>
              <w:bottom w:w="80" w:type="dxa"/>
              <w:end w:w="100" w:type="dxa"/>
            </w:tcMar>
          </w:tcPr>
          <w:p>
            <w:r>
              <w:rPr>
                <w:rFonts w:ascii="Arial" w:hAnsi="Arial"/>
                <w:sz w:val="17"/>
              </w:rPr>
              <w:t>☐ Vloerbedekking / stoffering verwijderen</w:t>
            </w:r>
          </w:p>
        </w:tc>
        <w:tc>
          <w:tcPr>
            <w:tcW w:type="dxa" w:w="5184"/>
            <w:tcMar>
              <w:top w:w="80" w:type="dxa"/>
              <w:start w:w="100" w:type="dxa"/>
              <w:bottom w:w="80" w:type="dxa"/>
              <w:end w:w="100" w:type="dxa"/>
            </w:tcMar>
          </w:tcPr>
          <w:p>
            <w:r>
              <w:rPr>
                <w:rFonts w:ascii="Arial" w:hAnsi="Arial"/>
                <w:sz w:val="17"/>
              </w:rPr>
              <w:t>☐ Wanddecoratie / spiegels verwijderen</w:t>
            </w:r>
          </w:p>
        </w:tc>
      </w:tr>
      <w:tr>
        <w:tc>
          <w:tcPr>
            <w:tcW w:type="dxa" w:w="5184"/>
            <w:tcMar>
              <w:top w:w="80" w:type="dxa"/>
              <w:start w:w="100" w:type="dxa"/>
              <w:bottom w:w="80" w:type="dxa"/>
              <w:end w:w="100" w:type="dxa"/>
            </w:tcMar>
          </w:tcPr>
          <w:p>
            <w:r>
              <w:rPr>
                <w:rFonts w:ascii="Arial" w:hAnsi="Arial"/>
                <w:sz w:val="17"/>
              </w:rPr>
              <w:t>☐ Vloerbedekking / stoffering laten liggen</w:t>
            </w:r>
          </w:p>
        </w:tc>
        <w:tc>
          <w:tcPr>
            <w:tcW w:type="dxa" w:w="5184"/>
            <w:tcMar>
              <w:top w:w="80" w:type="dxa"/>
              <w:start w:w="100" w:type="dxa"/>
              <w:bottom w:w="80" w:type="dxa"/>
              <w:end w:w="100" w:type="dxa"/>
            </w:tcMar>
          </w:tcPr>
          <w:p>
            <w:r>
              <w:rPr>
                <w:rFonts w:ascii="Arial" w:hAnsi="Arial"/>
                <w:sz w:val="17"/>
              </w:rPr>
              <w:t>☐ Inbouw / vaste kast laten staan</w:t>
            </w:r>
          </w:p>
        </w:tc>
      </w:tr>
      <w:tr>
        <w:tc>
          <w:tcPr>
            <w:tcW w:type="dxa" w:w="5184"/>
            <w:tcMar>
              <w:top w:w="80" w:type="dxa"/>
              <w:start w:w="100" w:type="dxa"/>
              <w:bottom w:w="80" w:type="dxa"/>
              <w:end w:w="100" w:type="dxa"/>
            </w:tcMar>
          </w:tcPr>
          <w:p>
            <w:r>
              <w:rPr>
                <w:rFonts w:ascii="Arial" w:hAnsi="Arial"/>
                <w:sz w:val="17"/>
              </w:rPr>
              <w:t>☐ Gordijnen / rails verwijderen</w:t>
            </w:r>
          </w:p>
        </w:tc>
        <w:tc>
          <w:tcPr>
            <w:tcW w:type="dxa" w:w="5184"/>
            <w:tcMar>
              <w:top w:w="80" w:type="dxa"/>
              <w:start w:w="100" w:type="dxa"/>
              <w:bottom w:w="80" w:type="dxa"/>
              <w:end w:w="100" w:type="dxa"/>
            </w:tcMar>
          </w:tcPr>
          <w:p>
            <w:r>
              <w:rPr>
                <w:rFonts w:ascii="Arial" w:hAnsi="Arial"/>
                <w:sz w:val="17"/>
              </w:rPr>
              <w:t>☐ Gaten / schroeven: geen herstel nodig</w:t>
            </w:r>
          </w:p>
        </w:tc>
      </w:tr>
      <w:tr>
        <w:tc>
          <w:tcPr>
            <w:tcW w:type="dxa" w:w="5184"/>
            <w:tcMar>
              <w:top w:w="80" w:type="dxa"/>
              <w:start w:w="100" w:type="dxa"/>
              <w:bottom w:w="80" w:type="dxa"/>
              <w:end w:w="100" w:type="dxa"/>
            </w:tcMar>
          </w:tcPr>
          <w:p>
            <w:r>
              <w:rPr>
                <w:rFonts w:ascii="Arial" w:hAnsi="Arial"/>
                <w:sz w:val="17"/>
              </w:rPr>
              <w:t>☐ Lampen / armaturen verwijderen</w:t>
            </w:r>
          </w:p>
        </w:tc>
        <w:tc>
          <w:tcPr>
            <w:tcW w:type="dxa" w:w="5184"/>
            <w:tcMar>
              <w:top w:w="80" w:type="dxa"/>
              <w:start w:w="100" w:type="dxa"/>
              <w:bottom w:w="80" w:type="dxa"/>
              <w:end w:w="100" w:type="dxa"/>
            </w:tcMar>
          </w:tcPr>
          <w:p>
            <w:r>
              <w:rPr>
                <w:rFonts w:ascii="Arial" w:hAnsi="Arial"/>
                <w:sz w:val="17"/>
              </w:rPr>
              <w:t>☐ Bijzonderheden genoteerd / gefotografeerd</w:t>
            </w:r>
          </w:p>
        </w:tc>
      </w:tr>
    </w:tbl>
    <w:p>
      <w:pPr>
        <w:spacing w:after="40"/>
      </w:pPr>
    </w:p>
    <w:p>
      <w:r>
        <w:br w:type="page"/>
      </w:r>
    </w:p>
    <w:p>
      <w:pPr>
        <w:spacing w:before="160" w:after="80"/>
      </w:pPr>
      <w:r>
        <w:rPr>
          <w:rFonts w:ascii="Arial" w:hAnsi="Arial"/>
          <w:b/>
          <w:color w:val="1A4E5C"/>
          <w:sz w:val="24"/>
        </w:rPr>
        <w:t>Berging / kelder</w:t>
      </w:r>
    </w:p>
    <w:tbl>
      <w:tblPr>
        <w:tblStyle w:val="TableGrid"/>
        <w:tblW w:type="auto" w:w="0"/>
        <w:jc w:val="center"/>
        <w:tblLook w:firstColumn="1" w:firstRow="1" w:lastColumn="0" w:lastRow="0" w:noHBand="0" w:noVBand="1" w:val="04A0"/>
      </w:tblPr>
      <w:tblGrid>
        <w:gridCol w:w="2074"/>
        <w:gridCol w:w="2074"/>
        <w:gridCol w:w="2074"/>
        <w:gridCol w:w="2074"/>
        <w:gridCol w:w="2074"/>
      </w:tblGrid>
      <w:tr>
        <w:trPr>
          <w:tblHeader w:val="true"/>
        </w:trPr>
        <w:tc>
          <w:tcPr>
            <w:tcW w:type="dxa" w:w="2952"/>
            <w:tcMar>
              <w:top w:w="90" w:type="dxa"/>
              <w:start w:w="100" w:type="dxa"/>
              <w:bottom w:w="90" w:type="dxa"/>
              <w:end w:w="100" w:type="dxa"/>
            </w:tcMar>
            <w:vAlign w:val="center"/>
            <w:shd w:fill="1A4E5C"/>
          </w:tcPr>
          <w:p>
            <w:pPr>
              <w:spacing w:after="0"/>
            </w:pPr>
            <w:r>
              <w:rPr>
                <w:rFonts w:ascii="Arial" w:hAnsi="Arial"/>
                <w:b/>
                <w:color w:val="FFFFFF"/>
                <w:sz w:val="17"/>
              </w:rPr>
              <w:t>Onderdeel / voorwerp</w:t>
            </w:r>
          </w:p>
        </w:tc>
        <w:tc>
          <w:tcPr>
            <w:tcW w:type="dxa" w:w="1080"/>
            <w:tcMar>
              <w:top w:w="90" w:type="dxa"/>
              <w:start w:w="100" w:type="dxa"/>
              <w:bottom w:w="90" w:type="dxa"/>
              <w:end w:w="100" w:type="dxa"/>
            </w:tcMar>
            <w:vAlign w:val="center"/>
            <w:shd w:fill="1A4E5C"/>
          </w:tcPr>
          <w:p>
            <w:pPr>
              <w:spacing w:after="0"/>
            </w:pPr>
            <w:r>
              <w:rPr>
                <w:rFonts w:ascii="Arial" w:hAnsi="Arial"/>
                <w:b/>
                <w:color w:val="FFFFFF"/>
                <w:sz w:val="17"/>
              </w:rPr>
              <w:t>Meenemen</w:t>
            </w:r>
          </w:p>
        </w:tc>
        <w:tc>
          <w:tcPr>
            <w:tcW w:type="dxa" w:w="1656"/>
            <w:tcMar>
              <w:top w:w="90" w:type="dxa"/>
              <w:start w:w="100" w:type="dxa"/>
              <w:bottom w:w="90" w:type="dxa"/>
              <w:end w:w="100" w:type="dxa"/>
            </w:tcMar>
            <w:vAlign w:val="center"/>
            <w:shd w:fill="1A4E5C"/>
          </w:tcPr>
          <w:p>
            <w:pPr>
              <w:spacing w:after="0"/>
            </w:pPr>
            <w:r>
              <w:rPr>
                <w:rFonts w:ascii="Arial" w:hAnsi="Arial"/>
                <w:b/>
                <w:color w:val="FFFFFF"/>
                <w:sz w:val="17"/>
              </w:rPr>
              <w:t>Afvoeren / schenken</w:t>
            </w:r>
          </w:p>
        </w:tc>
        <w:tc>
          <w:tcPr>
            <w:tcW w:type="dxa" w:w="1512"/>
            <w:tcMar>
              <w:top w:w="90" w:type="dxa"/>
              <w:start w:w="100" w:type="dxa"/>
              <w:bottom w:w="90" w:type="dxa"/>
              <w:end w:w="100" w:type="dxa"/>
            </w:tcMar>
            <w:vAlign w:val="center"/>
            <w:shd w:fill="1A4E5C"/>
          </w:tcPr>
          <w:p>
            <w:pPr>
              <w:spacing w:after="0"/>
            </w:pPr>
            <w:r>
              <w:rPr>
                <w:rFonts w:ascii="Arial" w:hAnsi="Arial"/>
                <w:b/>
                <w:color w:val="FFFFFF"/>
                <w:sz w:val="17"/>
              </w:rPr>
              <w:t>Blijft in woning</w:t>
            </w:r>
          </w:p>
        </w:tc>
        <w:tc>
          <w:tcPr>
            <w:tcW w:type="dxa" w:w="2880"/>
            <w:tcMar>
              <w:top w:w="90" w:type="dxa"/>
              <w:start w:w="100" w:type="dxa"/>
              <w:bottom w:w="90" w:type="dxa"/>
              <w:end w:w="100" w:type="dxa"/>
            </w:tcMar>
            <w:vAlign w:val="center"/>
            <w:shd w:fill="1A4E5C"/>
          </w:tcPr>
          <w:p>
            <w:pPr>
              <w:spacing w:after="0"/>
            </w:pPr>
            <w:r>
              <w:rPr>
                <w:rFonts w:ascii="Arial" w:hAnsi="Arial"/>
                <w:b/>
                <w:color w:val="FFFFFF"/>
                <w:sz w:val="17"/>
              </w:rPr>
              <w:t>Opmerking</w:t>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bl>
    <w:tbl>
      <w:tblPr>
        <w:tblW w:type="auto" w:w="0"/>
        <w:jc w:val="center"/>
        <w:tblLook w:firstColumn="1" w:firstRow="1" w:lastColumn="0" w:lastRow="0" w:noHBand="0" w:noVBand="1" w:val="04A0"/>
      </w:tblPr>
      <w:tblGrid>
        <w:gridCol w:w="5184"/>
        <w:gridCol w:w="5184"/>
      </w:tblGrid>
      <w:tr>
        <w:tc>
          <w:tcPr>
            <w:tcW w:type="dxa" w:w="5184"/>
            <w:tcMar>
              <w:top w:w="80" w:type="dxa"/>
              <w:start w:w="100" w:type="dxa"/>
              <w:bottom w:w="80" w:type="dxa"/>
              <w:end w:w="100" w:type="dxa"/>
            </w:tcMar>
          </w:tcPr>
          <w:p>
            <w:r>
              <w:rPr>
                <w:rFonts w:ascii="Arial" w:hAnsi="Arial"/>
                <w:sz w:val="17"/>
              </w:rPr>
              <w:t>☐ Vloerbedekking / stoffering verwijderen</w:t>
            </w:r>
          </w:p>
        </w:tc>
        <w:tc>
          <w:tcPr>
            <w:tcW w:type="dxa" w:w="5184"/>
            <w:tcMar>
              <w:top w:w="80" w:type="dxa"/>
              <w:start w:w="100" w:type="dxa"/>
              <w:bottom w:w="80" w:type="dxa"/>
              <w:end w:w="100" w:type="dxa"/>
            </w:tcMar>
          </w:tcPr>
          <w:p>
            <w:r>
              <w:rPr>
                <w:rFonts w:ascii="Arial" w:hAnsi="Arial"/>
                <w:sz w:val="17"/>
              </w:rPr>
              <w:t>☐ Wanddecoratie / spiegels verwijderen</w:t>
            </w:r>
          </w:p>
        </w:tc>
      </w:tr>
      <w:tr>
        <w:tc>
          <w:tcPr>
            <w:tcW w:type="dxa" w:w="5184"/>
            <w:tcMar>
              <w:top w:w="80" w:type="dxa"/>
              <w:start w:w="100" w:type="dxa"/>
              <w:bottom w:w="80" w:type="dxa"/>
              <w:end w:w="100" w:type="dxa"/>
            </w:tcMar>
          </w:tcPr>
          <w:p>
            <w:r>
              <w:rPr>
                <w:rFonts w:ascii="Arial" w:hAnsi="Arial"/>
                <w:sz w:val="17"/>
              </w:rPr>
              <w:t>☐ Vloerbedekking / stoffering laten liggen</w:t>
            </w:r>
          </w:p>
        </w:tc>
        <w:tc>
          <w:tcPr>
            <w:tcW w:type="dxa" w:w="5184"/>
            <w:tcMar>
              <w:top w:w="80" w:type="dxa"/>
              <w:start w:w="100" w:type="dxa"/>
              <w:bottom w:w="80" w:type="dxa"/>
              <w:end w:w="100" w:type="dxa"/>
            </w:tcMar>
          </w:tcPr>
          <w:p>
            <w:r>
              <w:rPr>
                <w:rFonts w:ascii="Arial" w:hAnsi="Arial"/>
                <w:sz w:val="17"/>
              </w:rPr>
              <w:t>☐ Inbouw / vaste kast laten staan</w:t>
            </w:r>
          </w:p>
        </w:tc>
      </w:tr>
      <w:tr>
        <w:tc>
          <w:tcPr>
            <w:tcW w:type="dxa" w:w="5184"/>
            <w:tcMar>
              <w:top w:w="80" w:type="dxa"/>
              <w:start w:w="100" w:type="dxa"/>
              <w:bottom w:w="80" w:type="dxa"/>
              <w:end w:w="100" w:type="dxa"/>
            </w:tcMar>
          </w:tcPr>
          <w:p>
            <w:r>
              <w:rPr>
                <w:rFonts w:ascii="Arial" w:hAnsi="Arial"/>
                <w:sz w:val="17"/>
              </w:rPr>
              <w:t>☐ Gordijnen / rails verwijderen</w:t>
            </w:r>
          </w:p>
        </w:tc>
        <w:tc>
          <w:tcPr>
            <w:tcW w:type="dxa" w:w="5184"/>
            <w:tcMar>
              <w:top w:w="80" w:type="dxa"/>
              <w:start w:w="100" w:type="dxa"/>
              <w:bottom w:w="80" w:type="dxa"/>
              <w:end w:w="100" w:type="dxa"/>
            </w:tcMar>
          </w:tcPr>
          <w:p>
            <w:r>
              <w:rPr>
                <w:rFonts w:ascii="Arial" w:hAnsi="Arial"/>
                <w:sz w:val="17"/>
              </w:rPr>
              <w:t>☐ Gaten / schroeven: geen herstel nodig</w:t>
            </w:r>
          </w:p>
        </w:tc>
      </w:tr>
      <w:tr>
        <w:tc>
          <w:tcPr>
            <w:tcW w:type="dxa" w:w="5184"/>
            <w:tcMar>
              <w:top w:w="80" w:type="dxa"/>
              <w:start w:w="100" w:type="dxa"/>
              <w:bottom w:w="80" w:type="dxa"/>
              <w:end w:w="100" w:type="dxa"/>
            </w:tcMar>
          </w:tcPr>
          <w:p>
            <w:r>
              <w:rPr>
                <w:rFonts w:ascii="Arial" w:hAnsi="Arial"/>
                <w:sz w:val="17"/>
              </w:rPr>
              <w:t>☐ Lampen / armaturen verwijderen</w:t>
            </w:r>
          </w:p>
        </w:tc>
        <w:tc>
          <w:tcPr>
            <w:tcW w:type="dxa" w:w="5184"/>
            <w:tcMar>
              <w:top w:w="80" w:type="dxa"/>
              <w:start w:w="100" w:type="dxa"/>
              <w:bottom w:w="80" w:type="dxa"/>
              <w:end w:w="100" w:type="dxa"/>
            </w:tcMar>
          </w:tcPr>
          <w:p>
            <w:r>
              <w:rPr>
                <w:rFonts w:ascii="Arial" w:hAnsi="Arial"/>
                <w:sz w:val="17"/>
              </w:rPr>
              <w:t>☐ Bijzonderheden genoteerd / gefotografeerd</w:t>
            </w:r>
          </w:p>
        </w:tc>
      </w:tr>
    </w:tbl>
    <w:p>
      <w:pPr>
        <w:spacing w:after="40"/>
      </w:pPr>
    </w:p>
    <w:p>
      <w:pPr>
        <w:spacing w:before="160" w:after="80"/>
      </w:pPr>
      <w:r>
        <w:rPr>
          <w:rFonts w:ascii="Arial" w:hAnsi="Arial"/>
          <w:b/>
          <w:color w:val="1A4E5C"/>
          <w:sz w:val="24"/>
        </w:rPr>
        <w:t>Schuur / garage</w:t>
      </w:r>
    </w:p>
    <w:tbl>
      <w:tblPr>
        <w:tblStyle w:val="TableGrid"/>
        <w:tblW w:type="auto" w:w="0"/>
        <w:jc w:val="center"/>
        <w:tblLook w:firstColumn="1" w:firstRow="1" w:lastColumn="0" w:lastRow="0" w:noHBand="0" w:noVBand="1" w:val="04A0"/>
      </w:tblPr>
      <w:tblGrid>
        <w:gridCol w:w="2074"/>
        <w:gridCol w:w="2074"/>
        <w:gridCol w:w="2074"/>
        <w:gridCol w:w="2074"/>
        <w:gridCol w:w="2074"/>
      </w:tblGrid>
      <w:tr>
        <w:trPr>
          <w:tblHeader w:val="true"/>
        </w:trPr>
        <w:tc>
          <w:tcPr>
            <w:tcW w:type="dxa" w:w="2952"/>
            <w:tcMar>
              <w:top w:w="90" w:type="dxa"/>
              <w:start w:w="100" w:type="dxa"/>
              <w:bottom w:w="90" w:type="dxa"/>
              <w:end w:w="100" w:type="dxa"/>
            </w:tcMar>
            <w:vAlign w:val="center"/>
            <w:shd w:fill="1A4E5C"/>
          </w:tcPr>
          <w:p>
            <w:pPr>
              <w:spacing w:after="0"/>
            </w:pPr>
            <w:r>
              <w:rPr>
                <w:rFonts w:ascii="Arial" w:hAnsi="Arial"/>
                <w:b/>
                <w:color w:val="FFFFFF"/>
                <w:sz w:val="17"/>
              </w:rPr>
              <w:t>Onderdeel / voorwerp</w:t>
            </w:r>
          </w:p>
        </w:tc>
        <w:tc>
          <w:tcPr>
            <w:tcW w:type="dxa" w:w="1080"/>
            <w:tcMar>
              <w:top w:w="90" w:type="dxa"/>
              <w:start w:w="100" w:type="dxa"/>
              <w:bottom w:w="90" w:type="dxa"/>
              <w:end w:w="100" w:type="dxa"/>
            </w:tcMar>
            <w:vAlign w:val="center"/>
            <w:shd w:fill="1A4E5C"/>
          </w:tcPr>
          <w:p>
            <w:pPr>
              <w:spacing w:after="0"/>
            </w:pPr>
            <w:r>
              <w:rPr>
                <w:rFonts w:ascii="Arial" w:hAnsi="Arial"/>
                <w:b/>
                <w:color w:val="FFFFFF"/>
                <w:sz w:val="17"/>
              </w:rPr>
              <w:t>Meenemen</w:t>
            </w:r>
          </w:p>
        </w:tc>
        <w:tc>
          <w:tcPr>
            <w:tcW w:type="dxa" w:w="1656"/>
            <w:tcMar>
              <w:top w:w="90" w:type="dxa"/>
              <w:start w:w="100" w:type="dxa"/>
              <w:bottom w:w="90" w:type="dxa"/>
              <w:end w:w="100" w:type="dxa"/>
            </w:tcMar>
            <w:vAlign w:val="center"/>
            <w:shd w:fill="1A4E5C"/>
          </w:tcPr>
          <w:p>
            <w:pPr>
              <w:spacing w:after="0"/>
            </w:pPr>
            <w:r>
              <w:rPr>
                <w:rFonts w:ascii="Arial" w:hAnsi="Arial"/>
                <w:b/>
                <w:color w:val="FFFFFF"/>
                <w:sz w:val="17"/>
              </w:rPr>
              <w:t>Afvoeren / schenken</w:t>
            </w:r>
          </w:p>
        </w:tc>
        <w:tc>
          <w:tcPr>
            <w:tcW w:type="dxa" w:w="1512"/>
            <w:tcMar>
              <w:top w:w="90" w:type="dxa"/>
              <w:start w:w="100" w:type="dxa"/>
              <w:bottom w:w="90" w:type="dxa"/>
              <w:end w:w="100" w:type="dxa"/>
            </w:tcMar>
            <w:vAlign w:val="center"/>
            <w:shd w:fill="1A4E5C"/>
          </w:tcPr>
          <w:p>
            <w:pPr>
              <w:spacing w:after="0"/>
            </w:pPr>
            <w:r>
              <w:rPr>
                <w:rFonts w:ascii="Arial" w:hAnsi="Arial"/>
                <w:b/>
                <w:color w:val="FFFFFF"/>
                <w:sz w:val="17"/>
              </w:rPr>
              <w:t>Blijft in woning</w:t>
            </w:r>
          </w:p>
        </w:tc>
        <w:tc>
          <w:tcPr>
            <w:tcW w:type="dxa" w:w="2880"/>
            <w:tcMar>
              <w:top w:w="90" w:type="dxa"/>
              <w:start w:w="100" w:type="dxa"/>
              <w:bottom w:w="90" w:type="dxa"/>
              <w:end w:w="100" w:type="dxa"/>
            </w:tcMar>
            <w:vAlign w:val="center"/>
            <w:shd w:fill="1A4E5C"/>
          </w:tcPr>
          <w:p>
            <w:pPr>
              <w:spacing w:after="0"/>
            </w:pPr>
            <w:r>
              <w:rPr>
                <w:rFonts w:ascii="Arial" w:hAnsi="Arial"/>
                <w:b/>
                <w:color w:val="FFFFFF"/>
                <w:sz w:val="17"/>
              </w:rPr>
              <w:t>Opmerking</w:t>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bl>
    <w:tbl>
      <w:tblPr>
        <w:tblW w:type="auto" w:w="0"/>
        <w:jc w:val="center"/>
        <w:tblLook w:firstColumn="1" w:firstRow="1" w:lastColumn="0" w:lastRow="0" w:noHBand="0" w:noVBand="1" w:val="04A0"/>
      </w:tblPr>
      <w:tblGrid>
        <w:gridCol w:w="5184"/>
        <w:gridCol w:w="5184"/>
      </w:tblGrid>
      <w:tr>
        <w:tc>
          <w:tcPr>
            <w:tcW w:type="dxa" w:w="5184"/>
            <w:tcMar>
              <w:top w:w="80" w:type="dxa"/>
              <w:start w:w="100" w:type="dxa"/>
              <w:bottom w:w="80" w:type="dxa"/>
              <w:end w:w="100" w:type="dxa"/>
            </w:tcMar>
          </w:tcPr>
          <w:p>
            <w:r>
              <w:rPr>
                <w:rFonts w:ascii="Arial" w:hAnsi="Arial"/>
                <w:sz w:val="17"/>
              </w:rPr>
              <w:t>☐ Vloerbedekking / stoffering verwijderen</w:t>
            </w:r>
          </w:p>
        </w:tc>
        <w:tc>
          <w:tcPr>
            <w:tcW w:type="dxa" w:w="5184"/>
            <w:tcMar>
              <w:top w:w="80" w:type="dxa"/>
              <w:start w:w="100" w:type="dxa"/>
              <w:bottom w:w="80" w:type="dxa"/>
              <w:end w:w="100" w:type="dxa"/>
            </w:tcMar>
          </w:tcPr>
          <w:p>
            <w:r>
              <w:rPr>
                <w:rFonts w:ascii="Arial" w:hAnsi="Arial"/>
                <w:sz w:val="17"/>
              </w:rPr>
              <w:t>☐ Wanddecoratie / spiegels verwijderen</w:t>
            </w:r>
          </w:p>
        </w:tc>
      </w:tr>
      <w:tr>
        <w:tc>
          <w:tcPr>
            <w:tcW w:type="dxa" w:w="5184"/>
            <w:tcMar>
              <w:top w:w="80" w:type="dxa"/>
              <w:start w:w="100" w:type="dxa"/>
              <w:bottom w:w="80" w:type="dxa"/>
              <w:end w:w="100" w:type="dxa"/>
            </w:tcMar>
          </w:tcPr>
          <w:p>
            <w:r>
              <w:rPr>
                <w:rFonts w:ascii="Arial" w:hAnsi="Arial"/>
                <w:sz w:val="17"/>
              </w:rPr>
              <w:t>☐ Vloerbedekking / stoffering laten liggen</w:t>
            </w:r>
          </w:p>
        </w:tc>
        <w:tc>
          <w:tcPr>
            <w:tcW w:type="dxa" w:w="5184"/>
            <w:tcMar>
              <w:top w:w="80" w:type="dxa"/>
              <w:start w:w="100" w:type="dxa"/>
              <w:bottom w:w="80" w:type="dxa"/>
              <w:end w:w="100" w:type="dxa"/>
            </w:tcMar>
          </w:tcPr>
          <w:p>
            <w:r>
              <w:rPr>
                <w:rFonts w:ascii="Arial" w:hAnsi="Arial"/>
                <w:sz w:val="17"/>
              </w:rPr>
              <w:t>☐ Inbouw / vaste kast laten staan</w:t>
            </w:r>
          </w:p>
        </w:tc>
      </w:tr>
      <w:tr>
        <w:tc>
          <w:tcPr>
            <w:tcW w:type="dxa" w:w="5184"/>
            <w:tcMar>
              <w:top w:w="80" w:type="dxa"/>
              <w:start w:w="100" w:type="dxa"/>
              <w:bottom w:w="80" w:type="dxa"/>
              <w:end w:w="100" w:type="dxa"/>
            </w:tcMar>
          </w:tcPr>
          <w:p>
            <w:r>
              <w:rPr>
                <w:rFonts w:ascii="Arial" w:hAnsi="Arial"/>
                <w:sz w:val="17"/>
              </w:rPr>
              <w:t>☐ Gordijnen / rails verwijderen</w:t>
            </w:r>
          </w:p>
        </w:tc>
        <w:tc>
          <w:tcPr>
            <w:tcW w:type="dxa" w:w="5184"/>
            <w:tcMar>
              <w:top w:w="80" w:type="dxa"/>
              <w:start w:w="100" w:type="dxa"/>
              <w:bottom w:w="80" w:type="dxa"/>
              <w:end w:w="100" w:type="dxa"/>
            </w:tcMar>
          </w:tcPr>
          <w:p>
            <w:r>
              <w:rPr>
                <w:rFonts w:ascii="Arial" w:hAnsi="Arial"/>
                <w:sz w:val="17"/>
              </w:rPr>
              <w:t>☐ Gaten / schroeven: geen herstel nodig</w:t>
            </w:r>
          </w:p>
        </w:tc>
      </w:tr>
      <w:tr>
        <w:tc>
          <w:tcPr>
            <w:tcW w:type="dxa" w:w="5184"/>
            <w:tcMar>
              <w:top w:w="80" w:type="dxa"/>
              <w:start w:w="100" w:type="dxa"/>
              <w:bottom w:w="80" w:type="dxa"/>
              <w:end w:w="100" w:type="dxa"/>
            </w:tcMar>
          </w:tcPr>
          <w:p>
            <w:r>
              <w:rPr>
                <w:rFonts w:ascii="Arial" w:hAnsi="Arial"/>
                <w:sz w:val="17"/>
              </w:rPr>
              <w:t>☐ Lampen / armaturen verwijderen</w:t>
            </w:r>
          </w:p>
        </w:tc>
        <w:tc>
          <w:tcPr>
            <w:tcW w:type="dxa" w:w="5184"/>
            <w:tcMar>
              <w:top w:w="80" w:type="dxa"/>
              <w:start w:w="100" w:type="dxa"/>
              <w:bottom w:w="80" w:type="dxa"/>
              <w:end w:w="100" w:type="dxa"/>
            </w:tcMar>
          </w:tcPr>
          <w:p>
            <w:r>
              <w:rPr>
                <w:rFonts w:ascii="Arial" w:hAnsi="Arial"/>
                <w:sz w:val="17"/>
              </w:rPr>
              <w:t>☐ Bijzonderheden genoteerd / gefotografeerd</w:t>
            </w:r>
          </w:p>
        </w:tc>
      </w:tr>
    </w:tbl>
    <w:p>
      <w:pPr>
        <w:spacing w:after="40"/>
      </w:pPr>
    </w:p>
    <w:p>
      <w:r>
        <w:br w:type="page"/>
      </w:r>
    </w:p>
    <w:p>
      <w:pPr>
        <w:spacing w:before="160" w:after="80"/>
      </w:pPr>
      <w:r>
        <w:rPr>
          <w:rFonts w:ascii="Arial" w:hAnsi="Arial"/>
          <w:b/>
          <w:color w:val="1A4E5C"/>
          <w:sz w:val="24"/>
        </w:rPr>
        <w:t>Tuin / balkon</w:t>
      </w:r>
    </w:p>
    <w:tbl>
      <w:tblPr>
        <w:tblStyle w:val="TableGrid"/>
        <w:tblW w:type="auto" w:w="0"/>
        <w:jc w:val="center"/>
        <w:tblLook w:firstColumn="1" w:firstRow="1" w:lastColumn="0" w:lastRow="0" w:noHBand="0" w:noVBand="1" w:val="04A0"/>
      </w:tblPr>
      <w:tblGrid>
        <w:gridCol w:w="2074"/>
        <w:gridCol w:w="2074"/>
        <w:gridCol w:w="2074"/>
        <w:gridCol w:w="2074"/>
        <w:gridCol w:w="2074"/>
      </w:tblGrid>
      <w:tr>
        <w:trPr>
          <w:tblHeader w:val="true"/>
        </w:trPr>
        <w:tc>
          <w:tcPr>
            <w:tcW w:type="dxa" w:w="2952"/>
            <w:tcMar>
              <w:top w:w="90" w:type="dxa"/>
              <w:start w:w="100" w:type="dxa"/>
              <w:bottom w:w="90" w:type="dxa"/>
              <w:end w:w="100" w:type="dxa"/>
            </w:tcMar>
            <w:vAlign w:val="center"/>
            <w:shd w:fill="1A4E5C"/>
          </w:tcPr>
          <w:p>
            <w:pPr>
              <w:spacing w:after="0"/>
            </w:pPr>
            <w:r>
              <w:rPr>
                <w:rFonts w:ascii="Arial" w:hAnsi="Arial"/>
                <w:b/>
                <w:color w:val="FFFFFF"/>
                <w:sz w:val="17"/>
              </w:rPr>
              <w:t>Onderdeel / voorwerp</w:t>
            </w:r>
          </w:p>
        </w:tc>
        <w:tc>
          <w:tcPr>
            <w:tcW w:type="dxa" w:w="1080"/>
            <w:tcMar>
              <w:top w:w="90" w:type="dxa"/>
              <w:start w:w="100" w:type="dxa"/>
              <w:bottom w:w="90" w:type="dxa"/>
              <w:end w:w="100" w:type="dxa"/>
            </w:tcMar>
            <w:vAlign w:val="center"/>
            <w:shd w:fill="1A4E5C"/>
          </w:tcPr>
          <w:p>
            <w:pPr>
              <w:spacing w:after="0"/>
            </w:pPr>
            <w:r>
              <w:rPr>
                <w:rFonts w:ascii="Arial" w:hAnsi="Arial"/>
                <w:b/>
                <w:color w:val="FFFFFF"/>
                <w:sz w:val="17"/>
              </w:rPr>
              <w:t>Meenemen</w:t>
            </w:r>
          </w:p>
        </w:tc>
        <w:tc>
          <w:tcPr>
            <w:tcW w:type="dxa" w:w="1656"/>
            <w:tcMar>
              <w:top w:w="90" w:type="dxa"/>
              <w:start w:w="100" w:type="dxa"/>
              <w:bottom w:w="90" w:type="dxa"/>
              <w:end w:w="100" w:type="dxa"/>
            </w:tcMar>
            <w:vAlign w:val="center"/>
            <w:shd w:fill="1A4E5C"/>
          </w:tcPr>
          <w:p>
            <w:pPr>
              <w:spacing w:after="0"/>
            </w:pPr>
            <w:r>
              <w:rPr>
                <w:rFonts w:ascii="Arial" w:hAnsi="Arial"/>
                <w:b/>
                <w:color w:val="FFFFFF"/>
                <w:sz w:val="17"/>
              </w:rPr>
              <w:t>Afvoeren / schenken</w:t>
            </w:r>
          </w:p>
        </w:tc>
        <w:tc>
          <w:tcPr>
            <w:tcW w:type="dxa" w:w="1512"/>
            <w:tcMar>
              <w:top w:w="90" w:type="dxa"/>
              <w:start w:w="100" w:type="dxa"/>
              <w:bottom w:w="90" w:type="dxa"/>
              <w:end w:w="100" w:type="dxa"/>
            </w:tcMar>
            <w:vAlign w:val="center"/>
            <w:shd w:fill="1A4E5C"/>
          </w:tcPr>
          <w:p>
            <w:pPr>
              <w:spacing w:after="0"/>
            </w:pPr>
            <w:r>
              <w:rPr>
                <w:rFonts w:ascii="Arial" w:hAnsi="Arial"/>
                <w:b/>
                <w:color w:val="FFFFFF"/>
                <w:sz w:val="17"/>
              </w:rPr>
              <w:t>Blijft in woning</w:t>
            </w:r>
          </w:p>
        </w:tc>
        <w:tc>
          <w:tcPr>
            <w:tcW w:type="dxa" w:w="2880"/>
            <w:tcMar>
              <w:top w:w="90" w:type="dxa"/>
              <w:start w:w="100" w:type="dxa"/>
              <w:bottom w:w="90" w:type="dxa"/>
              <w:end w:w="100" w:type="dxa"/>
            </w:tcMar>
            <w:vAlign w:val="center"/>
            <w:shd w:fill="1A4E5C"/>
          </w:tcPr>
          <w:p>
            <w:pPr>
              <w:spacing w:after="0"/>
            </w:pPr>
            <w:r>
              <w:rPr>
                <w:rFonts w:ascii="Arial" w:hAnsi="Arial"/>
                <w:b/>
                <w:color w:val="FFFFFF"/>
                <w:sz w:val="17"/>
              </w:rPr>
              <w:t>Opmerking</w:t>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r>
        <w:tc>
          <w:tcPr>
            <w:tcW w:type="dxa" w:w="2074"/>
            <w:tcMar>
              <w:top w:w="90" w:type="dxa"/>
              <w:start w:w="100" w:type="dxa"/>
              <w:bottom w:w="90" w:type="dxa"/>
              <w:end w:w="100" w:type="dxa"/>
            </w:tcMar>
            <w:vAlign w:val="center"/>
          </w:tcPr>
          <w:p>
            <w:pPr>
              <w:spacing w:after="0"/>
            </w:pPr>
            <w:r>
              <w:rPr>
                <w:rFonts w:ascii="Arial" w:hAnsi="Arial"/>
                <w:b w:val="0"/>
                <w:sz w:val="17"/>
              </w:rPr>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t>☐</w:t>
            </w:r>
          </w:p>
        </w:tc>
        <w:tc>
          <w:tcPr>
            <w:tcW w:type="dxa" w:w="2074"/>
            <w:tcMar>
              <w:top w:w="90" w:type="dxa"/>
              <w:start w:w="100" w:type="dxa"/>
              <w:bottom w:w="90" w:type="dxa"/>
              <w:end w:w="100" w:type="dxa"/>
            </w:tcMar>
            <w:vAlign w:val="center"/>
          </w:tcPr>
          <w:p>
            <w:pPr>
              <w:spacing w:after="0"/>
            </w:pPr>
            <w:r>
              <w:rPr>
                <w:rFonts w:ascii="Arial" w:hAnsi="Arial"/>
                <w:b w:val="0"/>
                <w:sz w:val="17"/>
              </w:rPr>
            </w:r>
          </w:p>
        </w:tc>
      </w:tr>
    </w:tbl>
    <w:tbl>
      <w:tblPr>
        <w:tblW w:type="auto" w:w="0"/>
        <w:jc w:val="center"/>
        <w:tblLook w:firstColumn="1" w:firstRow="1" w:lastColumn="0" w:lastRow="0" w:noHBand="0" w:noVBand="1" w:val="04A0"/>
      </w:tblPr>
      <w:tblGrid>
        <w:gridCol w:w="5184"/>
        <w:gridCol w:w="5184"/>
      </w:tblGrid>
      <w:tr>
        <w:tc>
          <w:tcPr>
            <w:tcW w:type="dxa" w:w="5184"/>
            <w:tcMar>
              <w:top w:w="80" w:type="dxa"/>
              <w:start w:w="100" w:type="dxa"/>
              <w:bottom w:w="80" w:type="dxa"/>
              <w:end w:w="100" w:type="dxa"/>
            </w:tcMar>
          </w:tcPr>
          <w:p>
            <w:r>
              <w:rPr>
                <w:rFonts w:ascii="Arial" w:hAnsi="Arial"/>
                <w:sz w:val="17"/>
              </w:rPr>
              <w:t>☐ Vloerbedekking / stoffering verwijderen</w:t>
            </w:r>
          </w:p>
        </w:tc>
        <w:tc>
          <w:tcPr>
            <w:tcW w:type="dxa" w:w="5184"/>
            <w:tcMar>
              <w:top w:w="80" w:type="dxa"/>
              <w:start w:w="100" w:type="dxa"/>
              <w:bottom w:w="80" w:type="dxa"/>
              <w:end w:w="100" w:type="dxa"/>
            </w:tcMar>
          </w:tcPr>
          <w:p>
            <w:r>
              <w:rPr>
                <w:rFonts w:ascii="Arial" w:hAnsi="Arial"/>
                <w:sz w:val="17"/>
              </w:rPr>
              <w:t>☐ Wanddecoratie / spiegels verwijderen</w:t>
            </w:r>
          </w:p>
        </w:tc>
      </w:tr>
      <w:tr>
        <w:tc>
          <w:tcPr>
            <w:tcW w:type="dxa" w:w="5184"/>
            <w:tcMar>
              <w:top w:w="80" w:type="dxa"/>
              <w:start w:w="100" w:type="dxa"/>
              <w:bottom w:w="80" w:type="dxa"/>
              <w:end w:w="100" w:type="dxa"/>
            </w:tcMar>
          </w:tcPr>
          <w:p>
            <w:r>
              <w:rPr>
                <w:rFonts w:ascii="Arial" w:hAnsi="Arial"/>
                <w:sz w:val="17"/>
              </w:rPr>
              <w:t>☐ Vloerbedekking / stoffering laten liggen</w:t>
            </w:r>
          </w:p>
        </w:tc>
        <w:tc>
          <w:tcPr>
            <w:tcW w:type="dxa" w:w="5184"/>
            <w:tcMar>
              <w:top w:w="80" w:type="dxa"/>
              <w:start w:w="100" w:type="dxa"/>
              <w:bottom w:w="80" w:type="dxa"/>
              <w:end w:w="100" w:type="dxa"/>
            </w:tcMar>
          </w:tcPr>
          <w:p>
            <w:r>
              <w:rPr>
                <w:rFonts w:ascii="Arial" w:hAnsi="Arial"/>
                <w:sz w:val="17"/>
              </w:rPr>
              <w:t>☐ Inbouw / vaste kast laten staan</w:t>
            </w:r>
          </w:p>
        </w:tc>
      </w:tr>
      <w:tr>
        <w:tc>
          <w:tcPr>
            <w:tcW w:type="dxa" w:w="5184"/>
            <w:tcMar>
              <w:top w:w="80" w:type="dxa"/>
              <w:start w:w="100" w:type="dxa"/>
              <w:bottom w:w="80" w:type="dxa"/>
              <w:end w:w="100" w:type="dxa"/>
            </w:tcMar>
          </w:tcPr>
          <w:p>
            <w:r>
              <w:rPr>
                <w:rFonts w:ascii="Arial" w:hAnsi="Arial"/>
                <w:sz w:val="17"/>
              </w:rPr>
              <w:t>☐ Gordijnen / rails verwijderen</w:t>
            </w:r>
          </w:p>
        </w:tc>
        <w:tc>
          <w:tcPr>
            <w:tcW w:type="dxa" w:w="5184"/>
            <w:tcMar>
              <w:top w:w="80" w:type="dxa"/>
              <w:start w:w="100" w:type="dxa"/>
              <w:bottom w:w="80" w:type="dxa"/>
              <w:end w:w="100" w:type="dxa"/>
            </w:tcMar>
          </w:tcPr>
          <w:p>
            <w:r>
              <w:rPr>
                <w:rFonts w:ascii="Arial" w:hAnsi="Arial"/>
                <w:sz w:val="17"/>
              </w:rPr>
              <w:t>☐ Gaten / schroeven: geen herstel nodig</w:t>
            </w:r>
          </w:p>
        </w:tc>
      </w:tr>
      <w:tr>
        <w:tc>
          <w:tcPr>
            <w:tcW w:type="dxa" w:w="5184"/>
            <w:tcMar>
              <w:top w:w="80" w:type="dxa"/>
              <w:start w:w="100" w:type="dxa"/>
              <w:bottom w:w="80" w:type="dxa"/>
              <w:end w:w="100" w:type="dxa"/>
            </w:tcMar>
          </w:tcPr>
          <w:p>
            <w:r>
              <w:rPr>
                <w:rFonts w:ascii="Arial" w:hAnsi="Arial"/>
                <w:sz w:val="17"/>
              </w:rPr>
              <w:t>☐ Lampen / armaturen verwijderen</w:t>
            </w:r>
          </w:p>
        </w:tc>
        <w:tc>
          <w:tcPr>
            <w:tcW w:type="dxa" w:w="5184"/>
            <w:tcMar>
              <w:top w:w="80" w:type="dxa"/>
              <w:start w:w="100" w:type="dxa"/>
              <w:bottom w:w="80" w:type="dxa"/>
              <w:end w:w="100" w:type="dxa"/>
            </w:tcMar>
          </w:tcPr>
          <w:p>
            <w:r>
              <w:rPr>
                <w:rFonts w:ascii="Arial" w:hAnsi="Arial"/>
                <w:sz w:val="17"/>
              </w:rPr>
              <w:t>☐ Bijzonderheden genoteerd / gefotografeerd</w:t>
            </w:r>
          </w:p>
        </w:tc>
      </w:tr>
    </w:tbl>
    <w:p>
      <w:pPr>
        <w:spacing w:after="40"/>
      </w:pPr>
    </w:p>
    <w:p>
      <w:r>
        <w:br w:type="page"/>
      </w:r>
    </w:p>
    <w:p>
      <w:pPr>
        <w:spacing w:before="200" w:after="100"/>
      </w:pPr>
      <w:r>
        <w:rPr>
          <w:rFonts w:ascii="Arial" w:hAnsi="Arial"/>
          <w:b/>
          <w:color w:val="1A4E5C"/>
          <w:sz w:val="32"/>
        </w:rPr>
        <w:t>7. Afvoer, hergebruik &amp; bijzondere spullen</w:t>
      </w:r>
    </w:p>
    <w:p>
      <w:pPr>
        <w:spacing w:after="40"/>
        <w:ind w:left="0"/>
      </w:pPr>
      <w:r>
        <w:rPr>
          <w:rFonts w:ascii="Arial" w:hAnsi="Arial"/>
          <w:sz w:val="21"/>
        </w:rPr>
        <w:t>☐  Kringloop / goed doel: spullen verzameld en afspraak bevestigd.</w:t>
      </w:r>
    </w:p>
    <w:p>
      <w:pPr>
        <w:spacing w:after="40"/>
        <w:ind w:left="0"/>
      </w:pPr>
      <w:r>
        <w:rPr>
          <w:rFonts w:ascii="Arial" w:hAnsi="Arial"/>
          <w:sz w:val="21"/>
        </w:rPr>
        <w:t>☐  Elektrische apparaten apart gehouden voor e-waste / milieustraat indien nodig.</w:t>
      </w:r>
    </w:p>
    <w:p>
      <w:pPr>
        <w:spacing w:after="40"/>
        <w:ind w:left="0"/>
      </w:pPr>
      <w:r>
        <w:rPr>
          <w:rFonts w:ascii="Arial" w:hAnsi="Arial"/>
          <w:sz w:val="21"/>
        </w:rPr>
        <w:t>☐  Chemisch afval, verf, batterijen, accu’s en gasflessen apart gehouden.</w:t>
      </w:r>
    </w:p>
    <w:p>
      <w:pPr>
        <w:spacing w:after="40"/>
        <w:ind w:left="0"/>
      </w:pPr>
      <w:r>
        <w:rPr>
          <w:rFonts w:ascii="Arial" w:hAnsi="Arial"/>
          <w:sz w:val="21"/>
        </w:rPr>
        <w:t>☐  Papier met persoonsgegevens veilig vernietigen / versnipperen.</w:t>
      </w:r>
    </w:p>
    <w:p>
      <w:pPr>
        <w:spacing w:after="40"/>
        <w:ind w:left="0"/>
      </w:pPr>
      <w:r>
        <w:rPr>
          <w:rFonts w:ascii="Arial" w:hAnsi="Arial"/>
          <w:sz w:val="21"/>
        </w:rPr>
        <w:t>☐  Fotoalbums, brieven, sieraden en erfstukken nogmaals gecontroleerd voordat dozen of kasten worden afgevoerd.</w:t>
      </w:r>
    </w:p>
    <w:p>
      <w:pPr>
        <w:spacing w:after="40"/>
        <w:ind w:left="0"/>
      </w:pPr>
      <w:r>
        <w:rPr>
          <w:rFonts w:ascii="Arial" w:hAnsi="Arial"/>
          <w:sz w:val="21"/>
        </w:rPr>
        <w:t>☐  Eventuele kluis gecontroleerd en geopend.</w:t>
      </w:r>
    </w:p>
    <w:p>
      <w:pPr>
        <w:spacing w:after="40"/>
        <w:ind w:left="0"/>
      </w:pPr>
      <w:r>
        <w:rPr>
          <w:rFonts w:ascii="Arial" w:hAnsi="Arial"/>
          <w:sz w:val="21"/>
        </w:rPr>
        <w:t>☐  Zolder, kruipruimte, garage, schuur en externe berging gecontroleerd op achtergebleven spullen.</w:t>
      </w:r>
    </w:p>
    <w:p>
      <w:pPr>
        <w:spacing w:after="40"/>
        <w:ind w:left="0"/>
      </w:pPr>
      <w:r>
        <w:rPr>
          <w:rFonts w:ascii="Arial" w:hAnsi="Arial"/>
          <w:sz w:val="21"/>
        </w:rPr>
        <w:t>☐  Containers / afvalpassen / milieupassen niet per ongeluk mee afvoeren.</w:t>
      </w:r>
    </w:p>
    <w:p>
      <w:pPr>
        <w:spacing w:after="80"/>
      </w:pPr>
      <w:r>
        <w:rPr>
          <w:rFonts w:ascii="Arial" w:hAnsi="Arial"/>
          <w:b/>
          <w:sz w:val="21"/>
        </w:rPr>
        <w:t xml:space="preserve">Spullen bestemd voor kringloop / schenking:  </w:t>
      </w:r>
      <w:r>
        <w:rPr>
          <w:rFonts w:ascii="Arial" w:hAnsi="Arial"/>
          <w:color w:val="787878"/>
          <w:sz w:val="21"/>
        </w:rPr>
        <w:t>________________________________________________________________</w:t>
      </w:r>
    </w:p>
    <w:p>
      <w:pPr>
        <w:spacing w:after="80"/>
      </w:pPr>
      <w:r>
        <w:rPr>
          <w:rFonts w:ascii="Arial" w:hAnsi="Arial"/>
          <w:b/>
          <w:sz w:val="21"/>
        </w:rPr>
        <w:t xml:space="preserve">Spullen met bijzondere bestemming:  </w:t>
      </w:r>
      <w:r>
        <w:rPr>
          <w:rFonts w:ascii="Arial" w:hAnsi="Arial"/>
          <w:color w:val="787878"/>
          <w:sz w:val="21"/>
        </w:rPr>
        <w:t>________________________________________________________________</w:t>
      </w:r>
    </w:p>
    <w:p>
      <w:pPr>
        <w:spacing w:before="200" w:after="100"/>
      </w:pPr>
      <w:r>
        <w:rPr>
          <w:rFonts w:ascii="Arial" w:hAnsi="Arial"/>
          <w:b/>
          <w:color w:val="1A4E5C"/>
          <w:sz w:val="32"/>
        </w:rPr>
        <w:t>8. Laatste controle op de dag van ontruiming</w:t>
      </w:r>
    </w:p>
    <w:p>
      <w:pPr>
        <w:spacing w:after="40"/>
        <w:ind w:left="0"/>
      </w:pPr>
      <w:r>
        <w:rPr>
          <w:rFonts w:ascii="Arial" w:hAnsi="Arial"/>
          <w:sz w:val="21"/>
        </w:rPr>
        <w:t>☐  Alle afgesproken ruimtes zijn leeg of volgens afspraak achtergelaten.</w:t>
      </w:r>
    </w:p>
    <w:p>
      <w:pPr>
        <w:spacing w:after="40"/>
        <w:ind w:left="0"/>
      </w:pPr>
      <w:r>
        <w:rPr>
          <w:rFonts w:ascii="Arial" w:hAnsi="Arial"/>
          <w:sz w:val="21"/>
        </w:rPr>
        <w:t>☐  Spullen die moesten blijven staan zijn aanwezig en onbeschadigd.</w:t>
      </w:r>
    </w:p>
    <w:p>
      <w:pPr>
        <w:spacing w:after="40"/>
        <w:ind w:left="0"/>
      </w:pPr>
      <w:r>
        <w:rPr>
          <w:rFonts w:ascii="Arial" w:hAnsi="Arial"/>
          <w:sz w:val="21"/>
        </w:rPr>
        <w:t>☐  Alle kasten, lades, vaste opbergvakken en vensterbanken zijn gecontroleerd.</w:t>
      </w:r>
    </w:p>
    <w:p>
      <w:pPr>
        <w:spacing w:after="40"/>
        <w:ind w:left="0"/>
      </w:pPr>
      <w:r>
        <w:rPr>
          <w:rFonts w:ascii="Arial" w:hAnsi="Arial"/>
          <w:sz w:val="21"/>
        </w:rPr>
        <w:t>☐  Koelkast en vriezer zijn leeg en ontdooid.</w:t>
      </w:r>
    </w:p>
    <w:p>
      <w:pPr>
        <w:spacing w:after="40"/>
        <w:ind w:left="0"/>
      </w:pPr>
      <w:r>
        <w:rPr>
          <w:rFonts w:ascii="Arial" w:hAnsi="Arial"/>
          <w:sz w:val="21"/>
        </w:rPr>
        <w:t>☐  Afval, levensmiddelen en losse schoonmaakmiddelen zijn verwijderd.</w:t>
      </w:r>
    </w:p>
    <w:p>
      <w:pPr>
        <w:spacing w:after="40"/>
        <w:ind w:left="0"/>
      </w:pPr>
      <w:r>
        <w:rPr>
          <w:rFonts w:ascii="Arial" w:hAnsi="Arial"/>
          <w:sz w:val="21"/>
        </w:rPr>
        <w:t>☐  Meterstanden zijn genoteerd en gefotografeerd.</w:t>
      </w:r>
    </w:p>
    <w:p>
      <w:pPr>
        <w:spacing w:after="40"/>
        <w:ind w:left="0"/>
      </w:pPr>
      <w:r>
        <w:rPr>
          <w:rFonts w:ascii="Arial" w:hAnsi="Arial"/>
          <w:sz w:val="21"/>
        </w:rPr>
        <w:t>☐  Ramen en buitendeuren zijn gesloten.</w:t>
      </w:r>
    </w:p>
    <w:p>
      <w:pPr>
        <w:spacing w:after="40"/>
        <w:ind w:left="0"/>
      </w:pPr>
      <w:r>
        <w:rPr>
          <w:rFonts w:ascii="Arial" w:hAnsi="Arial"/>
          <w:sz w:val="21"/>
        </w:rPr>
        <w:t>☐  Waterkranen zijn dicht; controleer op lekkage.</w:t>
      </w:r>
    </w:p>
    <w:p>
      <w:pPr>
        <w:spacing w:after="40"/>
        <w:ind w:left="0"/>
      </w:pPr>
      <w:r>
        <w:rPr>
          <w:rFonts w:ascii="Arial" w:hAnsi="Arial"/>
          <w:sz w:val="21"/>
        </w:rPr>
        <w:t>☐  Cv / thermostaat staat volgens opleverafspraak ingesteld.</w:t>
      </w:r>
    </w:p>
    <w:p>
      <w:pPr>
        <w:spacing w:after="40"/>
        <w:ind w:left="0"/>
      </w:pPr>
      <w:r>
        <w:rPr>
          <w:rFonts w:ascii="Arial" w:hAnsi="Arial"/>
          <w:sz w:val="21"/>
        </w:rPr>
        <w:t>☐  Lampen en stroom zijn ingesteld volgens afspraak; hoofdschakelaar niet zonder reden uitschakelen.</w:t>
      </w:r>
    </w:p>
    <w:p>
      <w:pPr>
        <w:spacing w:after="40"/>
        <w:ind w:left="0"/>
      </w:pPr>
      <w:r>
        <w:rPr>
          <w:rFonts w:ascii="Arial" w:hAnsi="Arial"/>
          <w:sz w:val="21"/>
        </w:rPr>
        <w:t>☐  Sleutels, tags, afstandsbedieningen en passen zijn compleet.</w:t>
      </w:r>
    </w:p>
    <w:p>
      <w:pPr>
        <w:spacing w:after="40"/>
        <w:ind w:left="0"/>
      </w:pPr>
      <w:r>
        <w:rPr>
          <w:rFonts w:ascii="Arial" w:hAnsi="Arial"/>
          <w:sz w:val="21"/>
        </w:rPr>
        <w:t>☐  Brievenbus is leeg.</w:t>
      </w:r>
    </w:p>
    <w:p>
      <w:pPr>
        <w:spacing w:after="40"/>
        <w:ind w:left="0"/>
      </w:pPr>
      <w:r>
        <w:rPr>
          <w:rFonts w:ascii="Arial" w:hAnsi="Arial"/>
          <w:sz w:val="21"/>
        </w:rPr>
        <w:t>☐  Tuin, balkon, schuur, garage, kelder en externe berging zijn gecontroleerd.</w:t>
      </w:r>
    </w:p>
    <w:p>
      <w:pPr>
        <w:spacing w:after="40"/>
        <w:ind w:left="0"/>
      </w:pPr>
      <w:r>
        <w:rPr>
          <w:rFonts w:ascii="Arial" w:hAnsi="Arial"/>
          <w:sz w:val="21"/>
        </w:rPr>
        <w:t>☐  Eindfoto’s van de lege / opgeleverde woning zijn gemaakt.</w:t>
      </w:r>
    </w:p>
    <w:p>
      <w:pPr>
        <w:spacing w:after="40"/>
        <w:ind w:left="0"/>
      </w:pPr>
      <w:r>
        <w:rPr>
          <w:rFonts w:ascii="Arial" w:hAnsi="Arial"/>
          <w:sz w:val="21"/>
        </w:rPr>
        <w:t>☐  Contactpersoon of opdrachtgever heeft de woning gecontroleerd.</w:t>
      </w:r>
    </w:p>
    <w:p>
      <w:pPr>
        <w:spacing w:before="200" w:after="100"/>
      </w:pPr>
      <w:r>
        <w:rPr>
          <w:rFonts w:ascii="Arial" w:hAnsi="Arial"/>
          <w:b/>
          <w:color w:val="1A4E5C"/>
          <w:sz w:val="32"/>
        </w:rPr>
        <w:t>9. Eindcontrole &amp; ondertekening</w:t>
      </w:r>
    </w:p>
    <w:tbl>
      <w:tblPr>
        <w:tblW w:type="auto" w:w="0"/>
        <w:tblLook w:firstColumn="1" w:firstRow="1" w:lastColumn="0" w:lastRow="0" w:noHBand="0" w:noVBand="1" w:val="04A0"/>
      </w:tblPr>
      <w:tblGrid>
        <w:gridCol w:w="5184"/>
        <w:gridCol w:w="5184"/>
      </w:tblGrid>
      <w:tr>
        <w:tc>
          <w:tcPr>
            <w:tcW w:type="dxa" w:w="5184"/>
            <w:shd w:fill="EEF5F6"/>
            <w:tcMar>
              <w:top w:w="110" w:type="dxa"/>
              <w:start w:w="120" w:type="dxa"/>
              <w:bottom w:w="110" w:type="dxa"/>
              <w:end w:w="120" w:type="dxa"/>
            </w:tcMar>
          </w:tcPr>
          <w:p>
            <w:r>
              <w:rPr>
                <w:rFonts w:ascii="Arial" w:hAnsi="Arial"/>
                <w:b/>
                <w:color w:val="1A4E5C"/>
                <w:sz w:val="18"/>
              </w:rPr>
              <w:t>Datum eindcontrole</w:t>
            </w:r>
          </w:p>
        </w:tc>
        <w:tc>
          <w:tcPr>
            <w:tcW w:type="dxa" w:w="5184"/>
            <w:tcMar>
              <w:top w:w="110" w:type="dxa"/>
              <w:start w:w="120" w:type="dxa"/>
              <w:bottom w:w="110" w:type="dxa"/>
              <w:end w:w="120" w:type="dxa"/>
            </w:tcMar>
          </w:tcPr>
          <w:p>
            <w:r/>
          </w:p>
        </w:tc>
      </w:tr>
      <w:tr>
        <w:tc>
          <w:tcPr>
            <w:tcW w:type="dxa" w:w="5184"/>
            <w:shd w:fill="EEF5F6"/>
            <w:tcMar>
              <w:top w:w="110" w:type="dxa"/>
              <w:start w:w="120" w:type="dxa"/>
              <w:bottom w:w="110" w:type="dxa"/>
              <w:end w:w="120" w:type="dxa"/>
            </w:tcMar>
          </w:tcPr>
          <w:p>
            <w:r>
              <w:rPr>
                <w:rFonts w:ascii="Arial" w:hAnsi="Arial"/>
                <w:b/>
                <w:color w:val="1A4E5C"/>
                <w:sz w:val="18"/>
              </w:rPr>
              <w:t>Naam opdrachtgever / contactpersoon</w:t>
            </w:r>
          </w:p>
        </w:tc>
        <w:tc>
          <w:tcPr>
            <w:tcW w:type="dxa" w:w="5184"/>
            <w:tcMar>
              <w:top w:w="110" w:type="dxa"/>
              <w:start w:w="120" w:type="dxa"/>
              <w:bottom w:w="110" w:type="dxa"/>
              <w:end w:w="120" w:type="dxa"/>
            </w:tcMar>
          </w:tcPr>
          <w:p>
            <w:r/>
          </w:p>
        </w:tc>
      </w:tr>
      <w:tr>
        <w:tc>
          <w:tcPr>
            <w:tcW w:type="dxa" w:w="5184"/>
            <w:shd w:fill="EEF5F6"/>
            <w:tcMar>
              <w:top w:w="110" w:type="dxa"/>
              <w:start w:w="120" w:type="dxa"/>
              <w:bottom w:w="110" w:type="dxa"/>
              <w:end w:w="120" w:type="dxa"/>
            </w:tcMar>
          </w:tcPr>
          <w:p>
            <w:r>
              <w:rPr>
                <w:rFonts w:ascii="Arial" w:hAnsi="Arial"/>
                <w:b/>
                <w:color w:val="1A4E5C"/>
                <w:sz w:val="18"/>
              </w:rPr>
              <w:t>Naam uitvoerder / controleur</w:t>
            </w:r>
          </w:p>
        </w:tc>
        <w:tc>
          <w:tcPr>
            <w:tcW w:type="dxa" w:w="5184"/>
            <w:tcMar>
              <w:top w:w="110" w:type="dxa"/>
              <w:start w:w="120" w:type="dxa"/>
              <w:bottom w:w="110" w:type="dxa"/>
              <w:end w:w="120" w:type="dxa"/>
            </w:tcMar>
          </w:tcPr>
          <w:p>
            <w:r/>
          </w:p>
        </w:tc>
      </w:tr>
      <w:tr>
        <w:tc>
          <w:tcPr>
            <w:tcW w:type="dxa" w:w="5184"/>
            <w:shd w:fill="EEF5F6"/>
            <w:tcMar>
              <w:top w:w="110" w:type="dxa"/>
              <w:start w:w="120" w:type="dxa"/>
              <w:bottom w:w="110" w:type="dxa"/>
              <w:end w:w="120" w:type="dxa"/>
            </w:tcMar>
          </w:tcPr>
          <w:p>
            <w:r>
              <w:rPr>
                <w:rFonts w:ascii="Arial" w:hAnsi="Arial"/>
                <w:b/>
                <w:color w:val="1A4E5C"/>
                <w:sz w:val="18"/>
              </w:rPr>
              <w:t>Opmerkingen / restpunten</w:t>
            </w:r>
          </w:p>
        </w:tc>
        <w:tc>
          <w:tcPr>
            <w:tcW w:type="dxa" w:w="5184"/>
            <w:tcMar>
              <w:top w:w="110" w:type="dxa"/>
              <w:start w:w="120" w:type="dxa"/>
              <w:bottom w:w="110" w:type="dxa"/>
              <w:end w:w="120" w:type="dxa"/>
            </w:tcMar>
          </w:tcPr>
          <w:p>
            <w:r/>
          </w:p>
        </w:tc>
      </w:tr>
      <w:tr>
        <w:tc>
          <w:tcPr>
            <w:tcW w:type="dxa" w:w="5184"/>
            <w:shd w:fill="EEF5F6"/>
            <w:tcMar>
              <w:top w:w="110" w:type="dxa"/>
              <w:start w:w="120" w:type="dxa"/>
              <w:bottom w:w="110" w:type="dxa"/>
              <w:end w:w="120" w:type="dxa"/>
            </w:tcMar>
          </w:tcPr>
          <w:p>
            <w:r>
              <w:rPr>
                <w:rFonts w:ascii="Arial" w:hAnsi="Arial"/>
                <w:b/>
                <w:color w:val="1A4E5C"/>
                <w:sz w:val="18"/>
              </w:rPr>
              <w:t>Afspraak over eventuele achtergebleven spullen</w:t>
            </w:r>
          </w:p>
        </w:tc>
        <w:tc>
          <w:tcPr>
            <w:tcW w:type="dxa" w:w="5184"/>
            <w:tcMar>
              <w:top w:w="110" w:type="dxa"/>
              <w:start w:w="120" w:type="dxa"/>
              <w:bottom w:w="110" w:type="dxa"/>
              <w:end w:w="120" w:type="dxa"/>
            </w:tcMar>
          </w:tcPr>
          <w:p>
            <w:r/>
          </w:p>
        </w:tc>
      </w:tr>
    </w:tbl>
    <w:p>
      <w:pPr>
        <w:spacing w:before="240"/>
      </w:pPr>
      <w:r>
        <w:rPr>
          <w:rFonts w:ascii="Arial" w:hAnsi="Arial"/>
          <w:sz w:val="19"/>
        </w:rPr>
        <w:t>Handtekening opdrachtgever: ____________________________     Handtekening controleur: ____________________________</w:t>
      </w:r>
    </w:p>
    <w:tbl>
      <w:tblPr>
        <w:tblW w:type="auto" w:w="0"/>
        <w:jc w:val="center"/>
        <w:tblLook w:firstColumn="1" w:firstRow="1" w:lastColumn="0" w:lastRow="0" w:noHBand="0" w:noVBand="1" w:val="04A0"/>
      </w:tblPr>
      <w:tblGrid>
        <w:gridCol w:w="10368"/>
      </w:tblGrid>
      <w:tr>
        <w:tc>
          <w:tcPr>
            <w:tcW w:type="dxa" w:w="10368"/>
            <w:shd w:fill="EEF5F6"/>
            <w:tcMar>
              <w:top w:w="140" w:type="dxa"/>
              <w:start w:w="160" w:type="dxa"/>
              <w:bottom w:w="140" w:type="dxa"/>
              <w:end w:w="160" w:type="dxa"/>
            </w:tcMar>
          </w:tcPr>
          <w:p>
            <w:pPr>
              <w:spacing w:after="40"/>
            </w:pPr>
            <w:r>
              <w:rPr>
                <w:rFonts w:ascii="Arial" w:hAnsi="Arial"/>
                <w:b/>
                <w:color w:val="1A4E5C"/>
                <w:sz w:val="21"/>
              </w:rPr>
              <w:t>Let op</w:t>
            </w:r>
          </w:p>
          <w:p>
            <w:pPr>
              <w:spacing w:after="0"/>
            </w:pPr>
            <w:r>
              <w:rPr>
                <w:rFonts w:ascii="Arial" w:hAnsi="Arial"/>
                <w:sz w:val="19"/>
              </w:rPr>
              <w:t>Dit formulier is bedoeld als praktische hulp bij de voorbereiding van een woningontruiming. De precieze oplevereisen kunnen verschillen per verhuurder, koper, woningcorporatie, gemeente of opdrachtgever. Controleer daarom altijd de specifieke afspraken die voor de woning gelden.</w:t>
            </w:r>
          </w:p>
        </w:tc>
      </w:tr>
    </w:tbl>
    <w:p>
      <w:pPr>
        <w:spacing w:after="20"/>
      </w:pPr>
    </w:p>
    <w:p>
      <w:pPr>
        <w:spacing w:before="160" w:after="80"/>
      </w:pPr>
      <w:r>
        <w:rPr>
          <w:rFonts w:ascii="Arial" w:hAnsi="Arial"/>
          <w:b/>
          <w:color w:val="1A4E5C"/>
          <w:sz w:val="28"/>
        </w:rPr>
        <w:t>10. Extra notities voor de ontruiming</w:t>
      </w:r>
    </w:p>
    <w:tbl>
      <w:tblPr>
        <w:tblStyle w:val="TableGrid"/>
        <w:tblW w:type="auto" w:w="0"/>
        <w:jc w:val="center"/>
        <w:tblLook w:firstColumn="1" w:firstRow="1" w:lastColumn="0" w:lastRow="0" w:noHBand="0" w:noVBand="1" w:val="04A0"/>
      </w:tblPr>
      <w:tblGrid>
        <w:gridCol w:w="10368"/>
      </w:tblGrid>
      <w:tr>
        <w:tc>
          <w:tcPr>
            <w:tcW w:type="dxa" w:w="10368"/>
            <w:tcMar>
              <w:top w:w="150" w:type="dxa"/>
              <w:start w:w="130" w:type="dxa"/>
              <w:bottom w:w="150" w:type="dxa"/>
              <w:end w:w="130" w:type="dxa"/>
            </w:tcMar>
          </w:tcPr>
          <w:p>
            <w:r/>
          </w:p>
        </w:tc>
      </w:tr>
      <w:tr>
        <w:tc>
          <w:tcPr>
            <w:tcW w:type="dxa" w:w="10368"/>
            <w:tcMar>
              <w:top w:w="150" w:type="dxa"/>
              <w:start w:w="130" w:type="dxa"/>
              <w:bottom w:w="150" w:type="dxa"/>
              <w:end w:w="130" w:type="dxa"/>
            </w:tcMar>
          </w:tcPr>
          <w:p>
            <w:r/>
          </w:p>
        </w:tc>
      </w:tr>
      <w:tr>
        <w:tc>
          <w:tcPr>
            <w:tcW w:type="dxa" w:w="10368"/>
            <w:tcMar>
              <w:top w:w="150" w:type="dxa"/>
              <w:start w:w="130" w:type="dxa"/>
              <w:bottom w:w="150" w:type="dxa"/>
              <w:end w:w="130" w:type="dxa"/>
            </w:tcMar>
          </w:tcPr>
          <w:p>
            <w:r/>
          </w:p>
        </w:tc>
      </w:tr>
      <w:tr>
        <w:tc>
          <w:tcPr>
            <w:tcW w:type="dxa" w:w="10368"/>
            <w:tcMar>
              <w:top w:w="150" w:type="dxa"/>
              <w:start w:w="130" w:type="dxa"/>
              <w:bottom w:w="150" w:type="dxa"/>
              <w:end w:w="130" w:type="dxa"/>
            </w:tcMar>
          </w:tcPr>
          <w:p>
            <w:r/>
          </w:p>
        </w:tc>
      </w:tr>
      <w:tr>
        <w:tc>
          <w:tcPr>
            <w:tcW w:type="dxa" w:w="10368"/>
            <w:tcMar>
              <w:top w:w="150" w:type="dxa"/>
              <w:start w:w="130" w:type="dxa"/>
              <w:bottom w:w="150" w:type="dxa"/>
              <w:end w:w="130" w:type="dxa"/>
            </w:tcMar>
          </w:tcPr>
          <w:p>
            <w:r/>
          </w:p>
        </w:tc>
      </w:tr>
      <w:tr>
        <w:tc>
          <w:tcPr>
            <w:tcW w:type="dxa" w:w="10368"/>
            <w:tcMar>
              <w:top w:w="150" w:type="dxa"/>
              <w:start w:w="130" w:type="dxa"/>
              <w:bottom w:w="150" w:type="dxa"/>
              <w:end w:w="130" w:type="dxa"/>
            </w:tcMar>
          </w:tcPr>
          <w:p>
            <w:r/>
          </w:p>
        </w:tc>
      </w:tr>
      <w:tr>
        <w:tc>
          <w:tcPr>
            <w:tcW w:type="dxa" w:w="10368"/>
            <w:tcMar>
              <w:top w:w="150" w:type="dxa"/>
              <w:start w:w="130" w:type="dxa"/>
              <w:bottom w:w="150" w:type="dxa"/>
              <w:end w:w="130" w:type="dxa"/>
            </w:tcMar>
          </w:tcPr>
          <w:p>
            <w:r/>
          </w:p>
        </w:tc>
      </w:tr>
    </w:tbl>
    <w:p>
      <w:pPr>
        <w:spacing w:before="160" w:after="60"/>
      </w:pPr>
      <w:r>
        <w:rPr>
          <w:rFonts w:ascii="Arial" w:hAnsi="Arial"/>
          <w:b/>
          <w:color w:val="1A4E5C"/>
          <w:sz w:val="22"/>
        </w:rPr>
        <w:t>Belangrijke contactpersonen</w:t>
      </w:r>
    </w:p>
    <w:tbl>
      <w:tblPr>
        <w:tblStyle w:val="TableGrid"/>
        <w:tblW w:type="auto" w:w="0"/>
        <w:jc w:val="center"/>
        <w:tblLook w:firstColumn="1" w:firstRow="1" w:lastColumn="0" w:lastRow="0" w:noHBand="0" w:noVBand="1" w:val="04A0"/>
      </w:tblPr>
      <w:tblGrid>
        <w:gridCol w:w="3456"/>
        <w:gridCol w:w="3456"/>
        <w:gridCol w:w="3456"/>
      </w:tblGrid>
      <w:tr>
        <w:trPr>
          <w:tblHeader w:val="true"/>
        </w:trPr>
        <w:tc>
          <w:tcPr>
            <w:tcW w:type="dxa" w:w="3456"/>
            <w:tcMar>
              <w:top w:w="90" w:type="dxa"/>
              <w:start w:w="100" w:type="dxa"/>
              <w:bottom w:w="90" w:type="dxa"/>
              <w:end w:w="100" w:type="dxa"/>
            </w:tcMar>
            <w:vAlign w:val="center"/>
            <w:shd w:fill="1A4E5C"/>
          </w:tcPr>
          <w:p>
            <w:pPr>
              <w:spacing w:after="0"/>
            </w:pPr>
            <w:r>
              <w:rPr>
                <w:rFonts w:ascii="Arial" w:hAnsi="Arial"/>
                <w:b/>
                <w:color w:val="FFFFFF"/>
                <w:sz w:val="17"/>
              </w:rPr>
              <w:t>Naam</w:t>
            </w:r>
          </w:p>
        </w:tc>
        <w:tc>
          <w:tcPr>
            <w:tcW w:type="dxa" w:w="3456"/>
            <w:tcMar>
              <w:top w:w="90" w:type="dxa"/>
              <w:start w:w="100" w:type="dxa"/>
              <w:bottom w:w="90" w:type="dxa"/>
              <w:end w:w="100" w:type="dxa"/>
            </w:tcMar>
            <w:vAlign w:val="center"/>
            <w:shd w:fill="1A4E5C"/>
          </w:tcPr>
          <w:p>
            <w:pPr>
              <w:spacing w:after="0"/>
            </w:pPr>
            <w:r>
              <w:rPr>
                <w:rFonts w:ascii="Arial" w:hAnsi="Arial"/>
                <w:b/>
                <w:color w:val="FFFFFF"/>
                <w:sz w:val="17"/>
              </w:rPr>
              <w:t>Rol / organisatie</w:t>
            </w:r>
          </w:p>
        </w:tc>
        <w:tc>
          <w:tcPr>
            <w:tcW w:type="dxa" w:w="3456"/>
            <w:tcMar>
              <w:top w:w="90" w:type="dxa"/>
              <w:start w:w="100" w:type="dxa"/>
              <w:bottom w:w="90" w:type="dxa"/>
              <w:end w:w="100" w:type="dxa"/>
            </w:tcMar>
            <w:vAlign w:val="center"/>
            <w:shd w:fill="1A4E5C"/>
          </w:tcPr>
          <w:p>
            <w:pPr>
              <w:spacing w:after="0"/>
            </w:pPr>
            <w:r>
              <w:rPr>
                <w:rFonts w:ascii="Arial" w:hAnsi="Arial"/>
                <w:b/>
                <w:color w:val="FFFFFF"/>
                <w:sz w:val="17"/>
              </w:rPr>
              <w:t>Telefoonnummer</w:t>
            </w:r>
          </w:p>
        </w:tc>
      </w:tr>
      <w:tr>
        <w:tc>
          <w:tcPr>
            <w:tcW w:type="dxa" w:w="3456"/>
            <w:tcMar>
              <w:top w:w="90" w:type="dxa"/>
              <w:start w:w="100" w:type="dxa"/>
              <w:bottom w:w="90" w:type="dxa"/>
              <w:end w:w="100" w:type="dxa"/>
            </w:tcMar>
            <w:vAlign w:val="center"/>
          </w:tcPr>
          <w:p>
            <w:pPr>
              <w:spacing w:after="0"/>
            </w:pPr>
            <w:r>
              <w:rPr>
                <w:rFonts w:ascii="Arial" w:hAnsi="Arial"/>
                <w:b w:val="0"/>
                <w:sz w:val="17"/>
              </w:rPr>
            </w:r>
          </w:p>
        </w:tc>
        <w:tc>
          <w:tcPr>
            <w:tcW w:type="dxa" w:w="3456"/>
            <w:tcMar>
              <w:top w:w="90" w:type="dxa"/>
              <w:start w:w="100" w:type="dxa"/>
              <w:bottom w:w="90" w:type="dxa"/>
              <w:end w:w="100" w:type="dxa"/>
            </w:tcMar>
            <w:vAlign w:val="center"/>
          </w:tcPr>
          <w:p>
            <w:pPr>
              <w:spacing w:after="0"/>
            </w:pPr>
            <w:r>
              <w:rPr>
                <w:rFonts w:ascii="Arial" w:hAnsi="Arial"/>
                <w:b w:val="0"/>
                <w:sz w:val="17"/>
              </w:rPr>
            </w:r>
          </w:p>
        </w:tc>
        <w:tc>
          <w:tcPr>
            <w:tcW w:type="dxa" w:w="3456"/>
            <w:tcMar>
              <w:top w:w="90" w:type="dxa"/>
              <w:start w:w="100" w:type="dxa"/>
              <w:bottom w:w="90" w:type="dxa"/>
              <w:end w:w="100" w:type="dxa"/>
            </w:tcMar>
            <w:vAlign w:val="center"/>
          </w:tcPr>
          <w:p>
            <w:pPr>
              <w:spacing w:after="0"/>
            </w:pPr>
            <w:r>
              <w:rPr>
                <w:rFonts w:ascii="Arial" w:hAnsi="Arial"/>
                <w:b w:val="0"/>
                <w:sz w:val="17"/>
              </w:rPr>
            </w:r>
          </w:p>
        </w:tc>
      </w:tr>
      <w:tr>
        <w:tc>
          <w:tcPr>
            <w:tcW w:type="dxa" w:w="3456"/>
            <w:tcMar>
              <w:top w:w="90" w:type="dxa"/>
              <w:start w:w="100" w:type="dxa"/>
              <w:bottom w:w="90" w:type="dxa"/>
              <w:end w:w="100" w:type="dxa"/>
            </w:tcMar>
            <w:vAlign w:val="center"/>
          </w:tcPr>
          <w:p>
            <w:pPr>
              <w:spacing w:after="0"/>
            </w:pPr>
            <w:r>
              <w:rPr>
                <w:rFonts w:ascii="Arial" w:hAnsi="Arial"/>
                <w:b w:val="0"/>
                <w:sz w:val="17"/>
              </w:rPr>
            </w:r>
          </w:p>
        </w:tc>
        <w:tc>
          <w:tcPr>
            <w:tcW w:type="dxa" w:w="3456"/>
            <w:tcMar>
              <w:top w:w="90" w:type="dxa"/>
              <w:start w:w="100" w:type="dxa"/>
              <w:bottom w:w="90" w:type="dxa"/>
              <w:end w:w="100" w:type="dxa"/>
            </w:tcMar>
            <w:vAlign w:val="center"/>
          </w:tcPr>
          <w:p>
            <w:pPr>
              <w:spacing w:after="0"/>
            </w:pPr>
            <w:r>
              <w:rPr>
                <w:rFonts w:ascii="Arial" w:hAnsi="Arial"/>
                <w:b w:val="0"/>
                <w:sz w:val="17"/>
              </w:rPr>
            </w:r>
          </w:p>
        </w:tc>
        <w:tc>
          <w:tcPr>
            <w:tcW w:type="dxa" w:w="3456"/>
            <w:tcMar>
              <w:top w:w="90" w:type="dxa"/>
              <w:start w:w="100" w:type="dxa"/>
              <w:bottom w:w="90" w:type="dxa"/>
              <w:end w:w="100" w:type="dxa"/>
            </w:tcMar>
            <w:vAlign w:val="center"/>
          </w:tcPr>
          <w:p>
            <w:pPr>
              <w:spacing w:after="0"/>
            </w:pPr>
            <w:r>
              <w:rPr>
                <w:rFonts w:ascii="Arial" w:hAnsi="Arial"/>
                <w:b w:val="0"/>
                <w:sz w:val="17"/>
              </w:rPr>
            </w:r>
          </w:p>
        </w:tc>
      </w:tr>
      <w:tr>
        <w:tc>
          <w:tcPr>
            <w:tcW w:type="dxa" w:w="3456"/>
            <w:tcMar>
              <w:top w:w="90" w:type="dxa"/>
              <w:start w:w="100" w:type="dxa"/>
              <w:bottom w:w="90" w:type="dxa"/>
              <w:end w:w="100" w:type="dxa"/>
            </w:tcMar>
            <w:vAlign w:val="center"/>
          </w:tcPr>
          <w:p>
            <w:pPr>
              <w:spacing w:after="0"/>
            </w:pPr>
            <w:r>
              <w:rPr>
                <w:rFonts w:ascii="Arial" w:hAnsi="Arial"/>
                <w:b w:val="0"/>
                <w:sz w:val="17"/>
              </w:rPr>
            </w:r>
          </w:p>
        </w:tc>
        <w:tc>
          <w:tcPr>
            <w:tcW w:type="dxa" w:w="3456"/>
            <w:tcMar>
              <w:top w:w="90" w:type="dxa"/>
              <w:start w:w="100" w:type="dxa"/>
              <w:bottom w:w="90" w:type="dxa"/>
              <w:end w:w="100" w:type="dxa"/>
            </w:tcMar>
            <w:vAlign w:val="center"/>
          </w:tcPr>
          <w:p>
            <w:pPr>
              <w:spacing w:after="0"/>
            </w:pPr>
            <w:r>
              <w:rPr>
                <w:rFonts w:ascii="Arial" w:hAnsi="Arial"/>
                <w:b w:val="0"/>
                <w:sz w:val="17"/>
              </w:rPr>
            </w:r>
          </w:p>
        </w:tc>
        <w:tc>
          <w:tcPr>
            <w:tcW w:type="dxa" w:w="3456"/>
            <w:tcMar>
              <w:top w:w="90" w:type="dxa"/>
              <w:start w:w="100" w:type="dxa"/>
              <w:bottom w:w="90" w:type="dxa"/>
              <w:end w:w="100" w:type="dxa"/>
            </w:tcMar>
            <w:vAlign w:val="center"/>
          </w:tcPr>
          <w:p>
            <w:pPr>
              <w:spacing w:after="0"/>
            </w:pPr>
            <w:r>
              <w:rPr>
                <w:rFonts w:ascii="Arial" w:hAnsi="Arial"/>
                <w:b w:val="0"/>
                <w:sz w:val="17"/>
              </w:rPr>
            </w:r>
          </w:p>
        </w:tc>
      </w:tr>
    </w:tbl>
    <w:sectPr w:rsidR="00FC693F" w:rsidRPr="0006063C" w:rsidSect="00034616">
      <w:headerReference w:type="default" r:id="rId9"/>
      <w:footerReference w:type="default" r:id="rId10"/>
      <w:pgSz w:w="12240" w:h="15840"/>
      <w:pgMar w:top="792" w:right="936" w:bottom="1181" w:left="936" w:header="720"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40" w:line="240" w:lineRule="auto"/>
      <w:jc w:val="center"/>
    </w:pPr>
    <w:r>
      <w:rPr>
        <w:rFonts w:ascii="Arial" w:hAnsi="Arial"/>
        <w:color w:val="666666"/>
        <w:sz w:val="15"/>
      </w:rPr>
      <w:t>Bewaar dit formulier bij de woninggegevens en gebruik het tijdens de voorbereiding en eindcontrole.</w:t>
    </w:r>
  </w:p>
  <w:p>
    <w:pPr>
      <w:spacing w:before="40" w:after="0" w:line="240" w:lineRule="auto"/>
      <w:jc w:val="center"/>
      <w:pBdr>
        <w:top w:val="single" w:sz="6" w:space="3" w:color="1A4E5C"/>
      </w:pBdr>
    </w:pPr>
    <w:r>
      <w:rPr>
        <w:rFonts w:ascii="Arial" w:hAnsi="Arial"/>
        <w:b/>
        <w:color w:val="1A4E5C"/>
        <w:sz w:val="17"/>
      </w:rPr>
      <w:t>Ontruiming Service Wolter</w:t>
    </w:r>
    <w:r>
      <w:rPr>
        <w:rFonts w:ascii="Arial" w:hAnsi="Arial"/>
        <w:color w:val="1A4E5C"/>
        <w:sz w:val="16"/>
      </w:rPr>
      <w:t xml:space="preserve">  |  www.ontruimingservicewolter.nl</w:t>
    </w:r>
  </w:p>
  <w:p>
    <w:pPr>
      <w:spacing w:before="0" w:after="0" w:line="240" w:lineRule="auto"/>
      <w:jc w:val="center"/>
    </w:pPr>
    <w:r>
      <w:rPr>
        <w:rFonts w:ascii="Arial" w:hAnsi="Arial"/>
        <w:color w:val="666666"/>
        <w:sz w:val="15"/>
      </w:rPr>
      <w:t>Burg. Kuiperslaan 17A, 8375 BJ Oldemarkt  |  085-401 3973  |  ontruimingservice@frankwolter.nl  |  KvK 87579073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5A5A5A"/>
        <w:sz w:val="17"/>
      </w:rPr>
      <w:t>WONINGONTRUIMING  |  KLANTCHECKLIST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